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查询所有频道的缩略信息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查询所有频道的缩略信息(旧版)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1、查询账号下所有的频道缩略信息列表，观看页状态与新版后台一致</w:t>
        <w:br/>
        <w:t>2、列表信息仅包含频道缩略信息，如需频道具体信息，请使用【获取频道信息】接口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http://api.polyv.net/live/v4/channel/simple/list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每页数据大小，默认每页显示10条数据，最大值不能超过1000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观看页状态筛选live：直播中playback：回放中end：已结束waiting：等待中unStart：未开始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orderBy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排序字段，默认按频道创建时间升序startTimeDesc：开播时间降序startTimeAsc：开播时间升序channelCreatedTimeDesc：频道创建时间降序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http://api.polyv.net/live/v4/channel/simple/list?pageNumber=2&amp;watchStatus=unStart&amp;appId=frlr1zazn3&amp;sign=A69559D6EBF130B9C0F60807459FC311&amp;pageSize=3&amp;categoryId=391352&amp;timestamp=1642733791590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场景alone：活动直播ppt：三分屏topclass：大班课seminar：研讨会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观看页状态描述直播中回放中已结束等待中未开始已禁播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观看页状态live：直播中playback：回放中end：已结束waiting：等待中unStart：未开始banpush：已禁播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查询所有频道的缩略信息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testChannelSimpleList()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"http://api.polyv.net/live/v4/channel/simple/list";</w:t>
        <w:br/>
        <w:t xml:space="preserve">    String keyword = "测试";</w:t>
        <w:br/>
        <w:t xml:space="preserve">    String categoryId = "391352";</w:t>
        <w:br/>
        <w:t xml:space="preserve">    String watchStatus = "unStart";</w:t>
        <w:br/>
        <w:t xml:space="preserve">    String pageNumber = "2";</w:t>
        <w:br/>
        <w:t xml:space="preserve">    String pageSize = "3";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requestMap.put("categoryId", categoryId);</w:t>
        <w:br/>
        <w:t xml:space="preserve">    requestMap.put("watchStatus", watchStatus);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log.info("测试查询所有频道的缩略信息，返回值：{}",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"92a918d76e7246599d1aad24a253a470.1842.16427336349010109",</w:t>
        <w:br/>
        <w:t xml:space="preserve">    "data": {</w:t>
        <w:br/>
        <w:t xml:space="preserve">        "pageNumber": 2,</w:t>
        <w:br/>
        <w:t xml:space="preserve">        "pageSize": 3,</w:t>
        <w:br/>
        <w:t xml:space="preserve">        "totalPages": 2,</w:t>
        <w:br/>
        <w:t xml:space="preserve">        "totalItems": 4,</w:t>
        <w:br/>
        <w:t xml:space="preserve">        "contents": [</w:t>
        <w:br/>
        <w:t xml:space="preserve">            {</w:t>
        <w:br/>
        <w:t xml:space="preserve">                "channelId": 2775591,</w:t>
        <w:br/>
        <w:t xml:space="preserve">                "name": "gateway 从入门到精通",</w:t>
        <w:br/>
        <w:t xml:space="preserve">                "channelPasswd": "ZM0h81",</w:t>
        <w:br/>
        <w:t xml:space="preserve">                "categoryId": 391352,</w:t>
        <w:br/>
        <w:t xml:space="preserve">                "scene": "seminar",</w:t>
        <w:br/>
        <w:t xml:space="preserve">                "newScene": "seminar",</w:t>
        <w:br/>
        <w:t xml:space="preserve">                "template": "seminar",</w:t>
        <w:br/>
        <w:t xml:space="preserve">                "watchStatus": "unStart",</w:t>
        <w:br/>
        <w:t xml:space="preserve">                "watchStatusText": "未开始",</w:t>
        <w:br/>
        <w:t xml:space="preserve">                "sceneText": "研讨会",</w:t>
        <w:br/>
        <w:t xml:space="preserve">                "watchUrl": "https://live.polyv.cn/watch/2775591"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查询所有频道的缩略信息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