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查询所有频道的基础信息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1、查询账号下所有的频道基础信息列表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http://api.polyv.net/live/v3/channel/basic/channel-list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分类ID，多个id用英文逗号分隔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查询页数，默认1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每页数据大小，默认20，最大20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http://api.polyv.net/live/v3/channel/basic/channel-list?categoryIds=340019%2C391352&amp;appId=frlr1zazn3&amp;sign=6E5E01CBF9D9B7F5216C0A7C93A897A7&amp;pageSize=2&amp;page=2&amp;timestamp=1642734203497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成功响应时返回全账号频道基础信息【详见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每页数据大小，默认20，最大20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直播开始时间，关闭时为0，开启时为13位毫秒级时间戳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引导页开关，取值Y：开启N：关闭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频道的观看页状态，取值为live：直播中end：直播结束playback：回放中waiting：等待中unStart：未开始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观看页状态描述，直播中，回放中，已结束，等待中，未开始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回放视频列表，当有多个时按添加时间倒叙排列【详见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</w:tbl>
    <w:p>
      <w:pPr>
        <w:spacing w:after="40"/>
      </w:pPr>
    </w:p>
    <w:p>
      <w:pPr>
        <w:pStyle w:val="Heading2"/>
      </w:pPr>
      <w:r>
        <w:t>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 （视频库中的回放视频）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查询所有频道的基础信息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testChannelBasicList()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"http://api.polyv.net/live/v3/channel/basic/channel-list";</w:t>
        <w:br/>
        <w:t xml:space="preserve">    String categoryIds = "340019,391352";</w:t>
        <w:br/>
        <w:t xml:space="preserve">    String page = "2";</w:t>
        <w:br/>
        <w:t xml:space="preserve">    String pageSize = "2";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requestMap.put("categoryIds", categoryIds);</w:t>
        <w:br/>
        <w:t xml:space="preserve">    requestMap.put("page", page);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log.info("测试查询所有频道的基础信息，返回值：{}",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2,</w:t>
        <w:br/>
        <w:t xml:space="preserve">        "pageNumber": 2,</w:t>
        <w:br/>
        <w:t xml:space="preserve">        "totalItems": 59,</w:t>
        <w:br/>
        <w:t xml:space="preserve">        "contents": [</w:t>
        <w:br/>
        <w:t xml:space="preserve">            {</w:t>
        <w:br/>
        <w:t xml:space="preserve">                "channelId": 2791952,</w:t>
        <w:br/>
        <w:t xml:space="preserve">                "name": "⌛Emoji⌛⌚⌨",</w:t>
        <w:br/>
        <w:t xml:space="preserve">                "publisher": "主持人",</w:t>
        <w:br/>
        <w:t xml:space="preserve">                "startTime": 0,</w:t>
        <w:br/>
        <w:t xml:space="preserve">                "pageView": 0,</w:t>
        <w:br/>
        <w:t xml:space="preserve">                "likes": 0,</w:t>
        <w:br/>
        <w:t xml:space="preserve">                "coverImg": "https://liveimages.videocc.net/assets/wimages/pc_images/logo.png",</w:t>
        <w:br/>
        <w:t xml:space="preserve">                "splashImg": "https://liveimages.videocc.net/uploaded/images/2021/09/g2bta2pjbw.jpg",</w:t>
        <w:br/>
        <w:t xml:space="preserve">                "splashEnabled": "Y",</w:t>
        <w:br/>
        <w:t xml:space="preserve">                "desc": "",</w:t>
        <w:br/>
        <w:t xml:space="preserve">                "maxViewer": 0,</w:t>
        <w:br/>
        <w:t xml:space="preserve">                "watchStatus": "unStart",</w:t>
        <w:br/>
        <w:t xml:space="preserve">                "watchStatusText": "未开始",</w:t>
        <w:br/>
        <w:t xml:space="preserve">                "onlineNum": 0,</w:t>
        <w:br/>
        <w:t xml:space="preserve">                "bgImg": null,</w:t>
        <w:br/>
        <w:t xml:space="preserve">                "videoList": null,</w:t>
        <w:br/>
        <w:t xml:space="preserve">                "categoryId": 340019</w:t>
        <w:br/>
        <w:t xml:space="preserve">            },</w:t>
        <w:br/>
        <w:t xml:space="preserve">            {</w:t>
        <w:br/>
        <w:t xml:space="preserve">                "channelId": 2779196,</w:t>
        <w:br/>
        <w:t xml:space="preserve">                "name": "测试",</w:t>
        <w:br/>
        <w:t xml:space="preserve">                "publisher": "主持人",</w:t>
        <w:br/>
        <w:t xml:space="preserve">                "startTime": 1642453440000,</w:t>
        <w:br/>
        <w:t xml:space="preserve">                "pageView": 0,</w:t>
        <w:br/>
        <w:t xml:space="preserve">                "likes": 0,</w:t>
        <w:br/>
        <w:t xml:space="preserve">                "coverImg": "https://liveimages.videocc.net/assets/wimages/pc_images/logo.png",</w:t>
        <w:br/>
        <w:t xml:space="preserve">                "splashImg": "https://liveimages.videocc.net/uploaded/images/2021/09/g2bta2pjbw.jpg",</w:t>
        <w:br/>
        <w:t xml:space="preserve">                "splashEnabled": "Y",</w:t>
        <w:br/>
        <w:t xml:space="preserve">                "desc": "",</w:t>
        <w:br/>
        <w:t xml:space="preserve">                "maxViewer": -1,</w:t>
        <w:br/>
        <w:t xml:space="preserve">                "watchStatus": "unStart",</w:t>
        <w:br/>
        <w:t xml:space="preserve">                "watchStatusText": "未开始",</w:t>
        <w:br/>
        <w:t xml:space="preserve">                "onlineNum": 0,</w:t>
        <w:br/>
        <w:t xml:space="preserve">                "bgImg": null,</w:t>
        <w:br/>
        <w:t xml:space="preserve">                "videoList": null,</w:t>
        <w:br/>
        <w:t xml:space="preserve">                "categoryId": 340019</w:t>
        <w:br/>
        <w:t xml:space="preserve">            }</w:t>
        <w:br/>
        <w:t xml:space="preserve">        ],</w:t>
        <w:br/>
        <w:t xml:space="preserve">        "limit": 2,</w:t>
        <w:br/>
        <w:t xml:space="preserve">        "offset": 2,</w:t>
        <w:br/>
        <w:t xml:space="preserve">        "endRow": 4,</w:t>
        <w:br/>
        <w:t xml:space="preserve">        "totalPages": 30,</w:t>
        <w:br/>
        <w:t xml:space="preserve">        "nextPageNumber": 3,</w:t>
        <w:br/>
        <w:t xml:space="preserve">        "startRow": 3,</w:t>
        <w:br/>
        <w:t xml:space="preserve">        "firstPage": false,</w:t>
        <w:br/>
        <w:t xml:space="preserve">        "lastPage": false,</w:t>
        <w:br/>
        <w:t xml:space="preserve">        "prePageNumber": 1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查询所有频道的基础信息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