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修改角色信息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旧版接口地址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修改角色信息(旧版)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1、修改助教或嘉宾的信息</w:t>
        <w:br/>
        <w:t>2、（channelId, timestamp, appId）参与sign签名，并和sign一起通过url传递，请求体参数不参与签名，通过post请求体传递【请设置请求头contentType:application/json】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http://api.polyv.net/live/v4/channel/account/update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2、不能同时设置监播和翻页以及在线列表权限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account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助教/嘉宾账号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头衔，助教默认为助教，长度1~10位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昵称，默认随机生成昵称，长度1~15位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avatar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头像，默认初始头像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角色密码，长度6~16位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purviewList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权限【详见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purviewList字段说明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purviewList参数描述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权限chatListEnabled：在线列表（仅支持助教）pageTurnEnabled：翻页（仅支持助教，且仅能设置一个助教有翻页权限）monitorEnabled：监播（仅支持助教，且仅能设置一个助教有监播权限）chatAuditEnabled：聊天审核（仅支持助教）chatInteractionEnabled：互动发言（仅支持助教）chatWhenBannedEnabled：禁言时可发言（仅支持嘉宾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开关 Y：开启N：关闭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http://api.polyv.net/live/v4/channel/account/update?appId=frlr1zazn3&amp;sign=417802BACAD3375E72CA1A53848E0A53&amp;channelId=2824409&amp;timestamp=1648779734640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"account": "0062824409",</w:t>
        <w:br/>
        <w:t xml:space="preserve">    "nickName": "测试修改昵称",</w:t>
        <w:br/>
        <w:t xml:space="preserve">    "purviewList": [</w:t>
        <w:br/>
        <w:t xml:space="preserve">        {</w:t>
        <w:br/>
        <w:t xml:space="preserve">            "code": "chatListEnabled",</w:t>
        <w:br/>
        <w:t xml:space="preserve">            "enabled": "Y"</w:t>
        <w:br/>
        <w:t xml:space="preserve">        },</w:t>
        <w:br/>
        <w:t xml:space="preserve">        {</w:t>
        <w:br/>
        <w:t xml:space="preserve">            "code": "pageTurnEnabled",</w:t>
        <w:br/>
        <w:t xml:space="preserve">            "enabled": "Y"</w:t>
        <w:br/>
        <w:t xml:space="preserve">        },</w:t>
        <w:br/>
        <w:t xml:space="preserve">        {</w:t>
        <w:br/>
        <w:t xml:space="preserve">            "code": "monitorEnabled",</w:t>
        <w:br/>
        <w:t xml:space="preserve">            "enabled": "N"</w:t>
        <w:br/>
        <w:t xml:space="preserve">        }]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3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助教/嘉宾账号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角色密码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stream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角色流名，单独使用无效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角色状态Y：开启N：关闭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创建角色时间，13位毫秒级时间戳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角色最后修改时间，13位毫秒级时间戳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sort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频道角色序号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avatar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角色头像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角色头衔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角色Assistant：助教Guest：嘉宾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monitorEnabled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监播权限Y：开启N：关闭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pageTurnEnabled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翻页权限Y：开启N：关闭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chatListEnabled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在线列表权限Y：开启N：关闭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chatAuditEnabled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聊天审核权限Y：开启N：关闭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更新角色信息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testUpdateChannelAccount()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"http://api.polyv.net/live/v4/channel/account/update";</w:t>
        <w:br/>
        <w:t xml:space="preserve">    String channelId = "2824409";</w:t>
        <w:br/>
        <w:t xml:space="preserve">    String account = "0062824409";</w:t>
        <w:br/>
        <w:t xml:space="preserve">    String nickName = "测试修改昵称";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br/>
        <w:t xml:space="preserve">    List&lt;Map&lt;String, String&gt;&gt; purviewList = new ArrayList&lt;&gt;();</w:t>
        <w:br/>
        <w:t xml:space="preserve">    Map&lt;String, String&gt; purviewMap1 = new HashMap&lt;&gt;();</w:t>
        <w:br/>
        <w:t xml:space="preserve">    purviewMap1.put("code", "chatListEnabled");</w:t>
        <w:br/>
        <w:t xml:space="preserve">    purviewMap1.put("enabled", "Y");</w:t>
        <w:br/>
        <w:t xml:space="preserve">    purviewList.add(purviewMap1);</w:t>
        <w:br/>
        <w:t xml:space="preserve">    Map&lt;String, String&gt; purviewMap2 = new HashMap&lt;&gt;();</w:t>
        <w:br/>
        <w:t xml:space="preserve">    purviewMap2.put("code", "pageTurnEnabled");</w:t>
        <w:br/>
        <w:t xml:space="preserve">    purviewMap2.put("enabled", "Y");</w:t>
        <w:br/>
        <w:t xml:space="preserve">    purviewList.add(purviewMap2);</w:t>
        <w:br/>
        <w:t xml:space="preserve">    Map&lt;String, String&gt; purviewMap3 = new HashMap&lt;&gt;();</w:t>
        <w:br/>
        <w:t xml:space="preserve">    purviewMap3.put("code", "monitorEnabled");</w:t>
        <w:br/>
        <w:t xml:space="preserve">    purviewMap3.put("enabled", "N");</w:t>
        <w:br/>
        <w:t xml:space="preserve">    purviewList.add(purviewMap3);</w:t>
        <w:br/>
        <w:br/>
        <w:t xml:space="preserve">    Map&lt;String, Object&gt; jsonMap = new HashMap&lt;&gt;();</w:t>
        <w:br/>
        <w:t xml:space="preserve">    jsonMap.put("account", account);</w:t>
        <w:br/>
        <w:t xml:space="preserve">    jsonMap.put("nickName", nickName);</w:t>
        <w:br/>
        <w:t xml:space="preserve">    jsonMap.put("purviewList", purviewList);</w:t>
        <w:br/>
        <w:br/>
        <w:t xml:space="preserve">    requestMap.put("sign", LiveSignUtil.getSign(requestMap, appSecret));</w:t>
        <w:br/>
        <w:t xml:space="preserve">    url = HttpUtil.appendUrl(url, requestMap);</w:t>
        <w:br/>
        <w:t xml:space="preserve">    String response = HttpUtil.postJsonBody(url, JSON.toJSONString(jsonMap), null);</w:t>
        <w:br/>
        <w:t xml:space="preserve">    log.info("测试更新角色信息成功：{}",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"86d11d4aa00b49f5993ac0891e670470.59.16487797376158117",</w:t>
        <w:br/>
        <w:t xml:space="preserve">    "data":</w:t>
        <w:br/>
        <w:t xml:space="preserve">    {</w:t>
        <w:br/>
        <w:t xml:space="preserve">        "account": "0062824409",</w:t>
        <w:br/>
        <w:t xml:space="preserve">        "userId": "1b448be323",</w:t>
        <w:br/>
        <w:t xml:space="preserve">        "channelId": 2824409,</w:t>
        <w:br/>
        <w:t xml:space="preserve">        "passwd": "test123456",</w:t>
        <w:br/>
        <w:t xml:space="preserve">        "nickname": "测试修改昵称",</w:t>
        <w:br/>
        <w:t xml:space="preserve">        "stream": "l1fs56ih",</w:t>
        <w:br/>
        <w:t xml:space="preserve">        "status": "Y",</w:t>
        <w:br/>
        <w:t xml:space="preserve">        "createdTime": 1648778492000,</w:t>
        <w:br/>
        <w:t xml:space="preserve">        "lastModified": 1648779737622,</w:t>
        <w:br/>
        <w:t xml:space="preserve">        "sort": 6,</w:t>
        <w:br/>
        <w:t xml:space="preserve">        "avatar": "//liveimages.videocc.net/uploaded/images/2022/04/g8fydrvq5l.png",</w:t>
        <w:br/>
        <w:t xml:space="preserve">        "actor": "助教sadboy",</w:t>
        <w:br/>
        <w:t xml:space="preserve">        "pageTurnEnabled": "Y",</w:t>
        <w:br/>
        <w:t xml:space="preserve">        "notifyEnabled": "Y",</w:t>
        <w:br/>
        <w:t xml:space="preserve">        "checkinEnabled": "Y",</w:t>
        <w:br/>
        <w:t xml:space="preserve">        "voteEnabled": "Y",</w:t>
        <w:br/>
        <w:t xml:space="preserve">        "lotteryEnabled": "Y",</w:t>
        <w:br/>
        <w:t xml:space="preserve">        "chatListEnabled": "Y",</w:t>
        <w:br/>
        <w:t xml:space="preserve">        "chatAuditEnabled": "N",</w:t>
        <w:br/>
        <w:t xml:space="preserve">        "monitorEnabled": "N",</w:t>
        <w:br/>
        <w:t xml:space="preserve">        "roundTourEnabled": "N",</w:t>
        <w:br/>
        <w:t xml:space="preserve">        "watchLockEnabled": "N",</w:t>
        <w:br/>
        <w:t xml:space="preserve">        "role": "Assistant"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修改角色信息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