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获取cdn频道的直播实时推流信息(阿里、腾讯cdn)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1、获取cdn频道的直播实时推流信息(阿里、腾讯cdn)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http://api.polyv.net/live/v4/channel/monitor/list-stream-info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http://api.polyv.net/live/v4/channel/monitor/list-stream-info?appId=frlr1zazn3&amp;sign=4815DC1E0AA6F22AC5D38D38924BEFDB&amp;startTime=&amp;endTime=&amp;channelId=3889955&amp;timestamp=1683799860694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成功响应的数据【详见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audioFrameRate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直播流的音频帧率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bitRate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直播流的码率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直播流的URL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统计时刻 UTC时间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videoFrameRate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直播流的视频帧率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>* 获取cdn频道的直播实时推流信息(阿里、腾讯cdn)</w:t>
        <w:br/>
        <w:t>* @throws IOException</w:t>
        <w:br/>
        <w:t>* @throws NoSuchAlgorithmException</w:t>
        <w:br/>
        <w:t>*/</w:t>
        <w:br/>
        <w:t>@Test</w:t>
        <w:br/>
        <w:t>public void monitorListStreamInfoTest()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"http://api.polyv.net/live/v4/channel/monitor/list-stream-info";</w:t>
        <w:br/>
        <w:t xml:space="preserve">    String channelId = "3889955";</w:t>
        <w:br/>
        <w:t xml:space="preserve">    String endTime = "";</w:t>
        <w:br/>
        <w:t xml:space="preserve">    String startTime = "";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requestMap.put("endTime", endTime);</w:t>
        <w:br/>
        <w:t xml:space="preserve">    requestMap.put("startTime", startTime);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log.info("测试获取cdn频道的直播实时推流信息(阿里、腾讯cdn)成功：{}",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"63181d5d82fc4dd785a33de52375bd48.71.16837998896517145",</w:t>
        <w:br/>
        <w:t xml:space="preserve">    "data": [</w:t>
        <w:br/>
        <w:t xml:space="preserve">        {</w:t>
        <w:br/>
        <w:t xml:space="preserve">            "streamUrl": "rtmp://push-d1.videocc.net/recordf/1b448be32316811158957436c19",</w:t>
        <w:br/>
        <w:t xml:space="preserve">            "bitRate": "1176815.9",</w:t>
        <w:br/>
        <w:t xml:space="preserve">            "audioFrameRate": "46.9",</w:t>
        <w:br/>
        <w:t xml:space="preserve">            "videoFrameRate": "15.016666",</w:t>
        <w:br/>
        <w:t xml:space="preserve">            "time": "2023-05-11T10:09:00Z",</w:t>
        <w:br/>
        <w:t xml:space="preserve">            "timestamp": 1683799740000</w:t>
        <w:br/>
        <w:t xml:space="preserve">        }</w:t>
        <w:br/>
        <w:t xml:space="preserve">    ],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获取cdn频道的直播实时推流信息(阿里、腾讯cdn)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