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修改频道微信分享信息(新版)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修改频道微信分享信息(旧版)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1、修改频道微信分享信息，对应新版后台的 营销-分享设置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http://api.polyv.net/live/v4/channel/share/update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2、weixinShareCustomUrl、webShareCustomUrl需要进行URL编码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shareBtnEnable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标题类型follow直播标题、custom自定义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分享标题，最大长度50，标题类型为custom时，该字段必填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分享简介，最大长度120，标题类型为custom时，该字段必填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微信自定义分享地址，最大长度512，链接必须带协议，如：https://，链接需要进行encode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网页观看自定义分享地址，最大长度512，链接必须带协议，如：https://，链接需要进行encode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weixinShareCustomUrlWithParamEnabled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微信自定义分享地址携带分享者参数开关，Y：开启，N：关闭 , 默认为N)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webShareCustomUrlWithParamEnabled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网页观看自定义地址携带分享者参数开关，Y：开启，N：关闭 , 默认为N)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hare/update?shareBtnEnable=Y&amp;titleType=custom&amp;weixinShareDesc=%E4%BF%9D%E5%88%A9%E5%A8%81%E6%B5%8B%E8%AF%95%E5%BE%AE%E4%BF%A1%E5%88%86%E4%BA%AB%E6%8F%8F%E8%BF%B0&amp;appId=frlr1zazn3&amp;weixinShareTitle=%E4%BF%9D%E5%88%A9%E5%A8%81%E6%B5%8B%E8%AF%95%E5%BE%AE%E4%BF%A1%E5%88%86%E4%BA%AB%E6%A0%87%E9%A2%98&amp;sign=F1EB80BAA9D52621CC9D90175BF75B0F&amp;weixinShareCustomUrl=httPs%3A%2F%2Fpolyv.com&amp;channelId=2567762&amp;timestamp=1632818720193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LoggerFactory.getLogger(ChannelShareTest.class);</w:t>
        <w:br/>
        <w:br/>
        <w:t xml:space="preserve">    @Test</w:t>
        <w:br/>
        <w:t xml:space="preserve">    public void testUpdateChannelShare()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"http://api.polyv.net/live/v4/channel/share/update";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"2567762");</w:t>
        <w:br/>
        <w:t xml:space="preserve">        requestMap.put("shareBtnEnable", "Y");</w:t>
        <w:br/>
        <w:t xml:space="preserve">        requestMap.put("titleType", "custom");</w:t>
        <w:br/>
        <w:t xml:space="preserve">        requestMap.put("weixinShareTitle", "保利威测试微信分享标题");</w:t>
        <w:br/>
        <w:t xml:space="preserve">        requestMap.put("weixinShareDesc", "保利威测试微信分享描述");</w:t>
        <w:br/>
        <w:t xml:space="preserve">        requestMap.put("weixinShareCustomUrl", "httPs://polyv.com");</w:t>
        <w:br/>
        <w:br/>
        <w:t xml:space="preserve">        requestMap.put("sign", LiveSignUtil.getSign(requestMap, appSecret));</w:t>
        <w:br/>
        <w:br/>
        <w:t xml:space="preserve">        String response = HttpUtil.get(url,requestMap);</w:t>
        <w:br/>
        <w:br/>
        <w:t xml:space="preserve">        log.info("测试设置频道分享设置，返回值：{}",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"0be255f3-51e6-482d-bc27-82cab8b11607",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"560d3c9c4d2d4736948906cf3769feea.67.16360831361283559",</w:t>
        <w:br/>
        <w:t xml:space="preserve">    "error": {</w:t>
        <w:br/>
        <w:t xml:space="preserve">        "code": 10001,</w:t>
        <w:br/>
        <w:t xml:space="preserve">        "desc": "分享开关不能为空"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修改频道微信分享信息(新版)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