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修改频道卡片推送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1、修改频道卡片推送，对应新版后台的 营销-卡片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http://api.polyv.net/live/v4/channel/card-push/update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2、非必选的请求参数，如果不传则使用默认项，关联关系除外（如：conditionUnit字段在showCondition为WATCH时，需必填）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cardPushId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卡片推送主键ID</w:t>
            </w:r>
          </w:p>
        </w:tc>
      </w:tr>
    </w:tbl>
    <w:p>
      <w:pPr>
        <w:spacing w:after="40"/>
      </w:pPr>
    </w:p>
    <w:p>
      <w:pPr>
        <w:pStyle w:val="Heading2"/>
      </w:pPr>
      <w:r>
        <w:t>请求体参数描述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cardType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卡片类型，common-普通卡片，qrCode-二维码，默认：common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imageType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卡片样式类型giftbox：礼物领取样式redpack：红包样式custom：自定义weixinWork：企微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title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卡片标题，最多16个字符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link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卡片跳转链接地址，需要带http:等协议头（当 hrefType=common 时使用）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duration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卡片倒计时时长，取值：0,5,10,20,30，单位：秒，0为不显示倒计时时长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durationPosition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卡片倒计时时长显示位置，bottom-底部，top-右上角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showCondition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弹出方式PUSH：推送后立即弹出WATCH：观看后弹出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conditionValue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观看后弹出的观看时长，showCondition为WATCH时生效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conditionUnit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观看后弹出的观看时长单位SECONDS：秒MINUTES：分钟showCondition为WATCH时，该值生效且必填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countdownMsg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倒计时文案，showCondition为WATCH时生效，最多8个字符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enterEnabled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卡片入口开关Y：开启N：关闭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linkEnabled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卡片跳转开关Y：开启N：关闭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redirectType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跳转方式iframe：页内显示tab：新开页面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enterImage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卡片入口图片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cardImage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卡片图片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weixinWordQrCodeId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企微渠道码ID（当 imageType=weixinWork 时生效）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qrCodeImage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二维码图片（当 cardType=qrCode 时生效）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hrefType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跳转类型，common-普通（使用 link 字段），multiplatform-多平台（使用多端链接字段）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以下参数，当 hrefType=multiplatform 时生效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pcLink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电脑浏览器链接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mobileLink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手机浏览器链接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wxMiniprogramOriginalId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微信小程序原始ID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wxMiniprogramAppId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微信小程序appId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wxMiniprogramLink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微信小程序页面路径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mobileAppLink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手机App链接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http://api.polyv.net/live/v4/channel/card-push/update?cardPushId=1282&amp;appId=frlr1zazn3&amp;sign=72F9A8F43AA957F17A8A5CDDB7DC6BA3&amp;channelId=2477096&amp;timestamp=1634268781984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请求体参数：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"duration": "10",</w:t>
        <w:br/>
        <w:t xml:space="preserve">    "conditionUnit": "SECONDS",</w:t>
        <w:br/>
        <w:t xml:space="preserve">    "showCondition": "WATCH",</w:t>
        <w:br/>
        <w:t xml:space="preserve">    "countdownMsg": "测试8个字符成功",</w:t>
        <w:br/>
        <w:t xml:space="preserve">    "link": "http://www.polyv.net",</w:t>
        <w:br/>
        <w:t xml:space="preserve">    "conditionValue": "30",</w:t>
        <w:br/>
        <w:t xml:space="preserve">    "enterEnabled": "Y",</w:t>
        <w:br/>
        <w:t xml:space="preserve">    "title": "测试卡片推送1015",</w:t>
        <w:br/>
        <w:t xml:space="preserve">    "imageType": "giftbox",</w:t>
        <w:br/>
        <w:t xml:space="preserve">    "linkEnabled": "Y"</w:t>
        <w:br/>
        <w:t>}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响应结果，由业务决定，成功返回true，失败返回false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成功响应时返回null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/**</w:t>
        <w:br/>
        <w:t xml:space="preserve"> * 测试修改频道卡片推送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testUpdateChannelCardPush() throws IOException, NoSuchAlgorithmException {</w:t>
        <w:br/>
        <w:t xml:space="preserve">    String appId = super.appId;</w:t>
        <w:br/>
        <w:t xml:space="preserve">    String appSecret = super.appSecret;</w:t>
        <w:br/>
        <w:t xml:space="preserve">    String timestamp = String.valueOf(System.currentTimeMillis());</w:t>
        <w:br/>
        <w:t xml:space="preserve">    //业务参数</w:t>
        <w:br/>
        <w:t xml:space="preserve">    String url = "http://api.polyv.net/live/v4/channel/card-push/update";</w:t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requestMap.put("channelId", "2477096");</w:t>
        <w:br/>
        <w:t xml:space="preserve">    requestMap.put("cardPushId", "1282");</w:t>
        <w:br/>
        <w:br/>
        <w:t xml:space="preserve">    Map&lt;String, Object&gt; jsonMap = new HashMap&lt;&gt;();</w:t>
        <w:br/>
        <w:t xml:space="preserve">    jsonMap.put("imageType", "giftbox");</w:t>
        <w:br/>
        <w:t xml:space="preserve">    jsonMap.put("title", "测试卡片推送1015");</w:t>
        <w:br/>
        <w:t xml:space="preserve">    jsonMap.put("link", "http://www.polyv.net");</w:t>
        <w:br/>
        <w:t xml:space="preserve">    jsonMap.put("duration", "10");</w:t>
        <w:br/>
        <w:t xml:space="preserve">    jsonMap.put("showCondition", "WATCH");</w:t>
        <w:br/>
        <w:t xml:space="preserve">    jsonMap.put("conditionValue", "30");</w:t>
        <w:br/>
        <w:t xml:space="preserve">    jsonMap.put("conditionUnit", "SECONDS");</w:t>
        <w:br/>
        <w:t xml:space="preserve">    jsonMap.put("countdownMsg", "测试8个字符成功");</w:t>
        <w:br/>
        <w:t xml:space="preserve">    jsonMap.put("enterEnabled", "Y");</w:t>
        <w:br/>
        <w:t xml:space="preserve">    jsonMap.put("linkEnabled", "Y");</w:t>
        <w:br/>
        <w:br/>
        <w:t xml:space="preserve">    requestMap.put("sign", LiveSignUtil.getSign(requestMap, appSecret));</w:t>
        <w:br/>
        <w:t xml:space="preserve">    url = HttpUtil.appendUrl(url, requestMap);</w:t>
        <w:br/>
        <w:br/>
        <w:t xml:space="preserve">    String response = HttpUtil.postJsonBody(url, JSON.toJSONString(jsonMap), null);</w:t>
        <w:br/>
        <w:br/>
        <w:t xml:space="preserve">    log.info("测试修改频道卡片推送成功，返回值：{}", response);</w:t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"847f0716fa76461baf8979aaa4415dc3.65.16342687861804037",</w:t>
        <w:br/>
        <w:t xml:space="preserve">    "data": null,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"requestId": "4081dbac03e6441e8bdd301d8feee5a2.117.16360830583026105",</w:t>
        <w:br/>
        <w:t xml:space="preserve">    "error": {</w:t>
        <w:br/>
        <w:t xml:space="preserve">        "code": 30004,</w:t>
        <w:br/>
        <w:t xml:space="preserve">        "desc": "找不到频道"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修改频道卡片推送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