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查询频道卡片推送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1、查询频道卡片推送，对应新版后台的 营销-卡片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http://api.polyv.net/live/v4/channel/card-push/list?appId=frlr1zazn3&amp;sign=56C7EFE6CFA7A76CA3AAB272CABAC22F&amp;channelId=2523307&amp;timestamp=1632994650498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成功响应时返回创建成功的卡片信息【详见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element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ChannelCardPushVO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element字段说明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element参数描述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卡片标题，最多16个字符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卡片样式类型giftbox：礼物领取样式redpack：红包样式custom：自定义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卡片倒计时时长，取值：0,5,10,20,30，单位：秒，0为不显示倒计时时长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卡片跳转链接地址，带http://等协议头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推送结束时间，13位时间戳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推送状态Y：推送中N：未推送L：上次推送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推送时间，13位时间戳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弹出方式PUSH：推送后立即弹出WATCH：观看后弹出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观看时长单位SECONDS：秒MINUTES：分钟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倒计时文案，showCondition为WATCH时生效，最多8个字符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卡片跳转开关Y：开启N：关闭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跳转方式iframe：页内显示tab：新开页面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卡片图片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测试查询频道卡片推送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getChannelCardPush()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"http://api.polyv.net/live/v4/channel/card-push/list";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"2523307");</w:t>
        <w:br/>
        <w:br/>
        <w:t xml:space="preserve">    requestMap.put("sign", LiveSignUtil.getSign(requestMap, appSecret));</w:t>
        <w:br/>
        <w:br/>
        <w:t xml:space="preserve">    String response = HttpUtil.get(url,requestMap);</w:t>
        <w:br/>
        <w:br/>
        <w:t xml:space="preserve">    log.info("测试查询频道卡片推送，返回值：{}",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"f36c6ee6-354a-4a45-b7db-ffd002490604",</w:t>
        <w:br/>
        <w:t xml:space="preserve">    "data": [</w:t>
        <w:br/>
        <w:t xml:space="preserve">        {</w:t>
        <w:br/>
        <w:t xml:space="preserve">            "id": 1141,</w:t>
        <w:br/>
        <w:t xml:space="preserve">            "channelId": 2523307,</w:t>
        <w:br/>
        <w:t xml:space="preserve">            "title": "aaa",</w:t>
        <w:br/>
        <w:t xml:space="preserve">            "imageType": "redpack",</w:t>
        <w:br/>
        <w:t xml:space="preserve">            "duration": 0,</w:t>
        <w:br/>
        <w:t xml:space="preserve">            "link": "http://www.polyv.net",</w:t>
        <w:br/>
        <w:t xml:space="preserve">            "pushEndTime": 1631095525000,</w:t>
        <w:br/>
        <w:t xml:space="preserve">            "createdTime": 1631092742000,</w:t>
        <w:br/>
        <w:t xml:space="preserve">            "lastModified": 1631095536000,</w:t>
        <w:br/>
        <w:t xml:space="preserve">            "pushStatus": "N",</w:t>
        <w:br/>
        <w:t xml:space="preserve">            "pushTime": 1631095525000,</w:t>
        <w:br/>
        <w:t xml:space="preserve">            "enterEnabled": "Y",</w:t>
        <w:br/>
        <w:t xml:space="preserve">            "showCondition": "PUSH",</w:t>
        <w:br/>
        <w:t xml:space="preserve">            "conditionValue": 10,</w:t>
        <w:br/>
        <w:t xml:space="preserve">            "conditionUnit": "MINUTES",</w:t>
        <w:br/>
        <w:t xml:space="preserve">            "countdownMsg": ""</w:t>
        <w:br/>
        <w:t xml:space="preserve">        },</w:t>
        <w:br/>
        <w:t xml:space="preserve">        {</w:t>
        <w:br/>
        <w:t xml:space="preserve">            "id": 1187,</w:t>
        <w:br/>
        <w:t xml:space="preserve">            "channelId": 2523307,</w:t>
        <w:br/>
        <w:t xml:space="preserve">            "title": "卡片推送",</w:t>
        <w:br/>
        <w:t xml:space="preserve">            "imageType": "redpack",</w:t>
        <w:br/>
        <w:t xml:space="preserve">            "duration": 10,</w:t>
        <w:br/>
        <w:t xml:space="preserve">            "link": "http://www.polyv.net",</w:t>
        <w:br/>
        <w:t xml:space="preserve">            "pushEndTime": 1632882522000,</w:t>
        <w:br/>
        <w:t xml:space="preserve">            "createdTime": 1632882522000,</w:t>
        <w:br/>
        <w:t xml:space="preserve">            "lastModified": null,</w:t>
        <w:br/>
        <w:t xml:space="preserve">            "pushStatus": "N",</w:t>
        <w:br/>
        <w:t xml:space="preserve">            "pushTime": null,</w:t>
        <w:br/>
        <w:t xml:space="preserve">            "enterEnabled": "Y",</w:t>
        <w:br/>
        <w:t xml:space="preserve">            "showCondition": "PUSH",</w:t>
        <w:br/>
        <w:t xml:space="preserve">            "conditionValue": 20,</w:t>
        <w:br/>
        <w:t xml:space="preserve">            "conditionUnit": "SECONDS",</w:t>
        <w:br/>
        <w:t xml:space="preserve">            "countdownMsg": "测试8个字符"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"d310b70bc329403f87f77f9203d50f89.128.16360829427963481",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