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取消推送卡片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1、取消推送卡片，对应新版后台的 营销-卡片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http://api.polyv.net/live/v4/channel/card-push/cancel-push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cardPushId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卡片推送主键ID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http://api.polyv.net/live/v4/channel/card-push/cancel-push?appId=frlr1zazn3&amp;sign=352FE89E0FF2A6E1F74C0ED7C8403C70&amp;channelId=2477096&amp;timestamp=1634267834353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cardPushId=1283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成功响应时返回null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取消卡片推送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testCancelPushChannelCardPush() throws IOException, NoSuchAlgorithmException {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"http://api.polyv.net/live/v4/channel/card-push/cancel-push";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"2477096");</w:t>
        <w:br/>
        <w:br/>
        <w:t xml:space="preserve">    Map&lt;String, String&gt; paramMap = new HashMap&lt;&gt;();</w:t>
        <w:br/>
        <w:t xml:space="preserve">    paramMap.put("cardPushId", "1283");</w:t>
        <w:br/>
        <w:br/>
        <w:t xml:space="preserve">    requestMap.put("sign", LiveSignUtil.getSign(requestMap, appSecret));</w:t>
        <w:br/>
        <w:t xml:space="preserve">    url = HttpUtil.appendUrl(url, requestMap);</w:t>
        <w:br/>
        <w:br/>
        <w:t xml:space="preserve">    String response = HttpUtil.postFormBody(url, paramMap);</w:t>
        <w:br/>
        <w:br/>
        <w:t xml:space="preserve">    log.info("测试取消推送频道卡片成功，返回值：{}", response);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"847f0716fa76461baf8979aaa4415dc3.66.16342678375823967",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"31a6d48f9b8d43bcad2c0963e526cec3.64.16360829685193527",</w:t>
        <w:br/>
        <w:t xml:space="preserve">    "error": {</w:t>
        <w:br/>
        <w:t xml:space="preserve">        "code": 10001,</w:t>
        <w:br/>
        <w:t xml:space="preserve">        "desc": "cardPushId不能为null"</w:t>
        <w:br/>
        <w:t xml:space="preserve">    },</w:t>
        <w:br/>
        <w:t xml:space="preserve">    "data": null,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取消推送卡片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