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查询分组观众列表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1、查询分组观众列表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http://api.polyv.net/live/v4/channel/lottery-viewer-list/list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2、若参数不正确则会响应400异常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groupId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分组id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pageNumber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分页页码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分页大小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http://api.polyv.net/live/v4/channel/lottery-viewer-list/list?appId=frlr1zazn3&amp;timestamp=1665629374000&amp;sign=6CFA3141718E1AF0155889EEA2988206&amp;channelId=2974342&amp;groupId=1&amp;pageNumber=1</w:t>
      </w:r>
    </w:p>
    <w:p>
      <w:pPr>
        <w:pStyle w:val="Heading2"/>
      </w:pPr>
      <w:r>
        <w:t>响应描述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状态码，与 http 状态码相同，用于确定基本的响应状态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是否成功响应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响应详细信息【详见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Error响应描述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3"/>
      </w:pPr>
      <w:r>
        <w:t>data响应描述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分页页码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分页大小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totalPages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总页数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totalItems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总记录数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分组列表信息【详见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Group字段说明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3"/>
      </w:pPr>
      <w:r>
        <w:t>Group响应描述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主键id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groupId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分组id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观众昵称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final Logger log = LoggerFactory.getLogger(getClass());</w:t>
        <w:br/>
        <w:t>/**</w:t>
        <w:br/>
        <w:t xml:space="preserve"> * 分组观众列表查询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groupPage() throws IOException, NoSuchAlgorithmException {</w:t>
        <w:br/>
        <w:t xml:space="preserve">        //公共参数,填写自己的实际参数</w:t>
        <w:br/>
        <w:t xml:space="preserve">        String appId = super.appId;</w:t>
        <w:br/>
        <w:t xml:space="preserve">        String appSecret = super.appSecret;</w:t>
        <w:br/>
        <w:t xml:space="preserve">        String timestamp = String.valueOf(System.currentTimeMillis());</w:t>
        <w:br/>
        <w:t xml:space="preserve">        Integer channelId = 4990862;</w:t>
        <w:br/>
        <w:t xml:space="preserve">        Long groupId = 1L;</w:t>
        <w:br/>
        <w:t xml:space="preserve">        Integer pageSize = 10;</w:t>
        <w:br/>
        <w:t xml:space="preserve">        Integer pageNumber = 1;</w:t>
        <w:br/>
        <w:t xml:space="preserve">        //业务参数</w:t>
        <w:br/>
        <w:t xml:space="preserve">        String url = "http://api.polyv.net/live/v4/channel/lottery-viewer-list/list";</w:t>
        <w:br/>
        <w:br/>
        <w:t xml:space="preserve">        //http 调用逻辑</w:t>
        <w:br/>
        <w:t xml:space="preserve">        Map&lt;String, String&gt; requestMap = new HashMap&lt;&gt;();</w:t>
        <w:br/>
        <w:t xml:space="preserve">        requestMap.put("appId", appId);</w:t>
        <w:br/>
        <w:t xml:space="preserve">        requestMap.put("timestamp", timestamp);</w:t>
        <w:br/>
        <w:t xml:space="preserve">        requestMap.put("channelId", channelId);</w:t>
        <w:br/>
        <w:t xml:space="preserve">        requestMap.put("groupId", groupId);</w:t>
        <w:br/>
        <w:t xml:space="preserve">        requestMap.put("pageSize", pageSize);</w:t>
        <w:br/>
        <w:t xml:space="preserve">        requestMap.put("pageNumber", pageNumber);</w:t>
        <w:br/>
        <w:t xml:space="preserve">        requestMap.put("sign", LiveSignUtil.getSign(requestMap, appSecret));</w:t>
        <w:br/>
        <w:t xml:space="preserve">        String response = HttpUtil.get(url, requestMap);</w:t>
        <w:br/>
        <w:t xml:space="preserve">        log.info("测试分组观众列表查询成功：{}", response);</w:t>
        <w:br/>
        <w:t xml:space="preserve">        //do somethings</w:t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"ee6a80a9-67d3-4b68-bbaa-ff2e8dcec91c",</w:t>
        <w:br/>
        <w:t xml:space="preserve">    "data": {</w:t>
        <w:br/>
        <w:t xml:space="preserve">        "pageNumber": 1,</w:t>
        <w:br/>
        <w:t xml:space="preserve">        "pageSize": 10,</w:t>
        <w:br/>
        <w:t xml:space="preserve">        "totalPages": 1,</w:t>
        <w:br/>
        <w:t xml:space="preserve">        "totalItems": 2,</w:t>
        <w:br/>
        <w:t xml:space="preserve">        "contents": [</w:t>
        <w:br/>
        <w:t xml:space="preserve">            {</w:t>
        <w:br/>
        <w:t xml:space="preserve">                "id": 439701,</w:t>
        <w:br/>
        <w:t xml:space="preserve">                "groupId": 677,</w:t>
        <w:br/>
        <w:t xml:space="preserve">                "viewerId": "3",</w:t>
        <w:br/>
        <w:t xml:space="preserve">                "viewerName": "test3",</w:t>
        <w:br/>
        <w:t xml:space="preserve">                "createTime": 1725516423000</w:t>
        <w:br/>
        <w:t xml:space="preserve">            },</w:t>
        <w:br/>
        <w:t xml:space="preserve">            {</w:t>
        <w:br/>
        <w:t xml:space="preserve">                "id": 439702,</w:t>
        <w:br/>
        <w:t xml:space="preserve">                "groupId": 677,</w:t>
        <w:br/>
        <w:t xml:space="preserve">                "viewerId": "4",</w:t>
        <w:br/>
        <w:t xml:space="preserve">                "viewerName": "test4",</w:t>
        <w:br/>
        <w:t xml:space="preserve">                "createTime": 1725516592000</w:t>
        <w:br/>
        <w:t xml:space="preserve">            }</w:t>
        <w:br/>
        <w:t xml:space="preserve">        ]</w:t>
        <w:br/>
        <w:t xml:space="preserve">    },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"requestId": "d310b70bc329403f87f77f9203d50f89.128.16360831552223589",</w:t>
        <w:br/>
        <w:t xml:space="preserve">    "error": {</w:t>
        <w:br/>
        <w:t xml:space="preserve">        "code": 20001,</w:t>
        <w:br/>
        <w:t xml:space="preserve">        "desc": "application not found."</w:t>
        <w:br/>
        <w:t xml:space="preserve">    },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查询分组观众列表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