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group create viewer name</w:t>
      </w:r>
    </w:p>
    <w:p>
      <w:pPr>
        <w:pStyle w:val="Heading1"/>
      </w:pPr>
      <w:r>
        <w:t>1、分组添加观众支持传昵称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1、分组添加观众支持传昵称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http://api.polyv.net/live/v4/channel/lottery-viewer-list/create-viewer-name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确保接口安全，接口调用有频率限制，详细请查看 bzd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1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观众条目数组【详见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viewerNames参数描述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viewerNames参数描述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 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观众昵称，允许中文、英文、空串（代表无昵称）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"groupId": 1900,</w:t>
        <w:br/>
        <w:t xml:space="preserve">    "viewerNames": [</w:t>
        <w:br/>
        <w:t xml:space="preserve">        {</w:t>
        <w:br/>
        <w:t xml:space="preserve">            "viewerId": "19",</w:t>
        <w:br/>
        <w:t xml:space="preserve">            "viewerName": "中文"</w:t>
        <w:br/>
        <w:t xml:space="preserve">        },</w:t>
        <w:br/>
        <w:t xml:space="preserve">        {</w:t>
        <w:br/>
        <w:t xml:space="preserve">            "viewerId": "190",</w:t>
        <w:br/>
        <w:t xml:space="preserve">            "viewerName": "English"</w:t>
        <w:br/>
        <w:t xml:space="preserve">        },</w:t>
        <w:br/>
        <w:t xml:space="preserve">        {</w:t>
        <w:br/>
        <w:t xml:space="preserve">            "viewerId": "1900",</w:t>
        <w:br/>
        <w:t xml:space="preserve">            "viewerName": ""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https://api.polyv.net/live/v4/channel/lottery-viewer-list/create-viewer-name?appId=hb5u8hrdz9&amp;channelId=6560451&amp;timestamp=1758087275475&amp;sign=7C409278FE170B563A3802D56734C61E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记录自增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br/>
        <w:t>/**</w:t>
        <w:br/>
        <w:t xml:space="preserve"> * 分组批量添加观众昵称（create-viewer-name）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groupViewerNamesAdd() throws IOException, NoSuchAlgorithmException {</w:t>
        <w:br/>
        <w:t xml:space="preserve">    // 公共参数（请替换为你的实际值）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 API 地址（使用 HTTPS）</w:t>
        <w:br/>
        <w:t xml:space="preserve">    String url = "https://api.polyv.net/live/v4/channel/lottery-viewer-list/create-viewer-name";</w:t>
        <w:br/>
        <w:br/>
        <w:t xml:space="preserve">    // 业务参数</w:t>
        <w:br/>
        <w:t xml:space="preserve">    int channelId = 5004544;    // 频道号</w:t>
        <w:br/>
        <w:t xml:space="preserve">    int groupId   = 1900;       // 分组ID</w:t>
        <w:br/>
        <w:t xml:space="preserve">    // 待添加的观众</w:t>
        <w:br/>
        <w:t xml:space="preserve">    List&lt;Map&lt;String, String&gt;&gt; viewerNames = new ArrayList&lt;&gt;();</w:t>
        <w:br/>
        <w:t xml:space="preserve">    viewerNames.add(Map.of("viewerId", "19",   "viewerName", "中文"));</w:t>
        <w:br/>
        <w:t xml:space="preserve">    viewerNames.add(Map.of("viewerId", "190",  "viewerName", "English"));</w:t>
        <w:br/>
        <w:t xml:space="preserve">    viewerNames.add(Map.of("viewerId", "1900", "viewerName", "")); // 允许空昵称</w:t>
        <w:br/>
        <w:br/>
        <w:t xml:space="preserve">    // http 调用逻辑</w:t>
        <w:br/>
        <w:t xml:space="preserve">    Map&lt;String, String&gt; query = new HashMap&lt;&gt;();</w:t>
        <w:br/>
        <w:t xml:space="preserve">    query.put("appId", appId);</w:t>
        <w:br/>
        <w:t xml:space="preserve">    query.put("timestamp", timestamp);</w:t>
        <w:br/>
        <w:t xml:space="preserve">    query.put("channelId", String.valueOf(channelId)); // 注意：Map&lt;String,String&gt; 需转字符串</w:t>
        <w:br/>
        <w:br/>
        <w:t xml:space="preserve">    // 组装 JSON Body</w:t>
        <w:br/>
        <w:t xml:space="preserve">    Map&lt;String, Object&gt; body = new HashMap&lt;&gt;();</w:t>
        <w:br/>
        <w:t xml:space="preserve">    body.put("groupId", groupId);</w:t>
        <w:br/>
        <w:t xml:space="preserve">    body.put("viewerNames", viewerNames);</w:t>
        <w:br/>
        <w:br/>
        <w:t xml:space="preserve">    // 生成签名（大写 32 位 MD5）。通常仅包含公共参数；若签名包含 body 字段，请与服务端保持一致。</w:t>
        <w:br/>
        <w:t xml:space="preserve">    query.put("sign", LiveSignUtil.getSign(query, appSecret));</w:t>
        <w:br/>
        <w:br/>
        <w:t xml:space="preserve">    // 拼接带 query 的最终URL</w:t>
        <w:br/>
        <w:t xml:space="preserve">    url = HttpUtil.appendUrl(url, query);</w:t>
        <w:br/>
        <w:br/>
        <w:t xml:space="preserve">    // 发送 JSON（确保 Content-Type: application/json; charset=utf-8）</w:t>
        <w:br/>
        <w:t xml:space="preserve">    String response = HttpUtil.postJsonBody(url, JSON.toJSONString(body), null);</w:t>
        <w:br/>
        <w:br/>
        <w:t xml:space="preserve">    log.info("测试分组批量添加观众昵称，返回值：{}", response);</w:t>
        <w:br/>
        <w:t xml:space="preserve">    // do something...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pPr>
        <w:pStyle w:val="Heading3"/>
      </w:pPr>
      <w: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"32d9c92e-99b4-4941-ab0b-661291d57115",</w:t>
        <w:br/>
        <w:t xml:space="preserve">    "data": [</w:t>
        <w:br/>
        <w:t xml:space="preserve">        {</w:t>
        <w:br/>
        <w:t xml:space="preserve">            "id": 653349,</w:t>
        <w:br/>
        <w:t xml:space="preserve">            "groupId": 1900,</w:t>
        <w:br/>
        <w:t xml:space="preserve">            "viewerId": "19",</w:t>
        <w:br/>
        <w:t xml:space="preserve">            "viewerName": "中文",</w:t>
        <w:br/>
        <w:t xml:space="preserve">            "createTime": 1758268299975</w:t>
        <w:br/>
        <w:t xml:space="preserve">        },</w:t>
        <w:br/>
        <w:t xml:space="preserve">        {</w:t>
        <w:br/>
        <w:t xml:space="preserve">            "id": 653350,</w:t>
        <w:br/>
        <w:t xml:space="preserve">            "groupId": 1900,</w:t>
        <w:br/>
        <w:t xml:space="preserve">            "viewerId": "190",</w:t>
        <w:br/>
        <w:t xml:space="preserve">            "viewerName": "English",</w:t>
        <w:br/>
        <w:t xml:space="preserve">            "createTime": 1758268299975</w:t>
        <w:br/>
        <w:t xml:space="preserve">        },</w:t>
        <w:br/>
        <w:t xml:space="preserve">        {</w:t>
        <w:br/>
        <w:t xml:space="preserve">            "id": 653351,</w:t>
        <w:br/>
        <w:t xml:space="preserve">            "groupId": 1900,</w:t>
        <w:br/>
        <w:t xml:space="preserve">            "viewerId": "1900",</w:t>
        <w:br/>
        <w:t xml:space="preserve">            "viewerName": "",</w:t>
        <w:br/>
        <w:t xml:space="preserve">            "createTime": 1758268299975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pPr>
        <w:pStyle w:val="Heading3"/>
      </w:pPr>
      <w: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20000,</w:t>
        <w:br/>
        <w:t xml:space="preserve">    "status": "error",</w:t>
        <w:br/>
        <w:t xml:space="preserve">    "error": {</w:t>
        <w:br/>
        <w:t xml:space="preserve">        "code": 20000,</w:t>
        <w:br/>
        <w:t xml:space="preserve">        "desc": "appId is required."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 create viewer name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