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查询抽奖活动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1、查询抽奖活动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http://api.polyv.net/live/v4/channel/lottery-activity/get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http://api.polyv.net/live//v4/channel/lottery-activity/get?appId=frlr1zazn3&amp;timestamp=1665629374000&amp;sign=6CFA3141718E1AF0155889EEA2988206&amp;channelId=2974342&amp;id=1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参与抽奖用户类型: all:全部，customGroup:自定义分组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自定义分组信息【详见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CustomGroup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分组抽取方式, average:等额抽奖, random:随机抽奖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每组抽取数量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hiddenAttendeeNumber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是否隐藏参与人数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repeatWinEnabled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允许重复中奖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是否填写收货信息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收货字段信息列表，无条件抽奖时填写【详见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活动时长(分钟)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externalListLink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外部名单链接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externalInviteNumLink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获取邀请人数链接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领奖方式，form:表单，link:外链，qrCode:识别二维码,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问答组模板ID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perAnswerDuration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每道题的答题时长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lotteryOnlineEnabled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开奖时观众需在线, 值:Y/N, 默认Y(无条件分组抽奖时设置生效)</w:t>
            </w:r>
          </w:p>
        </w:tc>
      </w:tr>
    </w:tbl>
    <w:p>
      <w:pPr>
        <w:spacing w:after="40"/>
      </w:pPr>
    </w:p>
    <w:p>
      <w:pPr>
        <w:pStyle w:val="Heading2"/>
      </w:pPr>
      <w:r>
        <w:t>CustomGroup响应描述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分组人数</w:t>
            </w:r>
          </w:p>
        </w:tc>
      </w:tr>
    </w:tbl>
    <w:p>
      <w:pPr>
        <w:spacing w:after="40"/>
      </w:pPr>
    </w:p>
    <w:p>
      <w:pPr>
        <w:pStyle w:val="Heading2"/>
      </w:pPr>
      <w:r>
        <w:t>ReceiveInfo响应描述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pPr>
        <w:pStyle w:val="Heading2"/>
      </w:pPr>
      <w:r>
        <w:t>PrizeInfo响应描述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奖项名称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correctAnswerCount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答对题目数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"723ed01861804e9aa3dc1cf1aced83d5.72.17097790901718347",</w:t>
        <w:br/>
        <w:t xml:space="preserve">    "data": {</w:t>
        <w:br/>
        <w:t xml:space="preserve">        "id": 20521,</w:t>
        <w:br/>
        <w:t xml:space="preserve">        "activityName": "无条件抽奖",</w:t>
        <w:br/>
        <w:t xml:space="preserve">        "lotteryCondition": "none",</w:t>
        <w:br/>
        <w:t xml:space="preserve">        "amount": 1,</w:t>
        <w:br/>
        <w:t xml:space="preserve">        "receiveEnabled": "Y",</w:t>
        <w:br/>
        <w:t xml:space="preserve">        "receiveInfo": [</w:t>
        <w:br/>
        <w:t xml:space="preserve">            {</w:t>
        <w:br/>
        <w:t xml:space="preserve">                "type": "userName",</w:t>
        <w:br/>
        <w:t xml:space="preserve">                "field": "姓名",</w:t>
        <w:br/>
        <w:t xml:space="preserve">                "tips": "请输入您的名称",</w:t>
        <w:br/>
        <w:t xml:space="preserve">                "required": true</w:t>
        <w:br/>
        <w:t xml:space="preserve">            },</w:t>
        <w:br/>
        <w:t xml:space="preserve">            {</w:t>
        <w:br/>
        <w:t xml:space="preserve">                "type": "userPhone",</w:t>
        <w:br/>
        <w:t xml:space="preserve">                "field": "手机",</w:t>
        <w:br/>
        <w:t xml:space="preserve">                "tips": "请输入您的手机号码",</w:t>
        <w:br/>
        <w:t xml:space="preserve">                "required": true</w:t>
        <w:br/>
        <w:t xml:space="preserve">            }</w:t>
        <w:br/>
        <w:t xml:space="preserve">        ],</w:t>
        <w:br/>
        <w:t xml:space="preserve">        "prizeName": "键盘",</w:t>
        <w:br/>
        <w:t xml:space="preserve">        "activityDuration": null,</w:t>
        <w:br/>
        <w:t xml:space="preserve">        "inviteType": "poster",</w:t>
        <w:br/>
        <w:t xml:space="preserve">        "inviteNum": null,</w:t>
        <w:br/>
        <w:t xml:space="preserve">        "duration": null,</w:t>
        <w:br/>
        <w:t xml:space="preserve">        "comment": null,</w:t>
        <w:br/>
        <w:t xml:space="preserve">        "externalListLink": null,</w:t>
        <w:br/>
        <w:t xml:space="preserve">        "externalInviteNumLink": null,</w:t>
        <w:br/>
        <w:t xml:space="preserve">        "acceptType": null,</w:t>
        <w:br/>
        <w:t xml:space="preserve">        "formInfo": null,</w:t>
        <w:br/>
        <w:t xml:space="preserve">        "prizeUrl": null,</w:t>
        <w:br/>
        <w:t xml:space="preserve">        "qrCode": null,</w:t>
        <w:br/>
        <w:t xml:space="preserve">        "qrCodeTips": null,</w:t>
        <w:br/>
        <w:t xml:space="preserve">        "thumbnail": null,</w:t>
        <w:br/>
        <w:t xml:space="preserve">        "realPrice": null,</w:t>
        <w:br/>
        <w:t xml:space="preserve">        "price": null,</w:t>
        <w:br/>
        <w:t xml:space="preserve">        "status": null,</w:t>
        <w:br/>
        <w:t xml:space="preserve">        "prizeInfo": null,</w:t>
        <w:br/>
        <w:t xml:space="preserve">        "questionGroupId": null,</w:t>
        <w:br/>
        <w:t xml:space="preserve">        "perAnswerDuration": null,</w:t>
        <w:br/>
        <w:t xml:space="preserve">        "lotteryRange": "all",</w:t>
        <w:br/>
        <w:t xml:space="preserve">        "repeatWinEnabled": "N",</w:t>
        <w:br/>
        <w:t xml:space="preserve">        "customGroup": [],</w:t>
        <w:br/>
        <w:t xml:space="preserve">        "hiddenWinnerAmount": "N",</w:t>
        <w:br/>
        <w:t xml:space="preserve">        "hiddenAttendeeNumber": "N",</w:t>
        <w:br/>
        <w:t xml:space="preserve">        "customGroupLotteryType": "random",</w:t>
        <w:br/>
        <w:t xml:space="preserve">        "customGroupLotteryAmount": null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查询抽奖活动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