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删除抽奖活动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1、删除抽奖活动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http://api.polyv.net/live/v4/channel/lottery-activity/delete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抽奖活动ID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http://api.polyv.net/live//v4/channel/lottery-activity/delete?appId=frlr1zazn3&amp;timestamp=1665629374000&amp;sign=6CFA3141718E1AF0155889EEA2988206&amp;channelId=2974342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"id": 1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响应信息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"723ed01861804e9aa3dc1cf1aced83d5.72.17097790901718347",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删除抽奖活动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