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查询观众中奖记录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1、查询观众中奖记录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http://api.polyv.net/live/v4/channel/lottery/query-winner-viewer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2、若观众中奖记录不存在则会响应400异常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http://api.polyv.net/live//v4/channel/lottery/query-winner-viewer?appId=frlr1zazn3&amp;timestamp=1665629374000&amp;sign=6CFA3141718E1AF0155889EEA2988206&amp;channelId=2974342&amp;lotteryId=g9pf1atsa3&amp;viewerId=ovtl9twa7JHyHBBA8QUNVjjM4WIs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中奖人姓名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中奖人联系方式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创建时间，可表示中奖时间，13位毫秒级时间戳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中奖记录的额外拓展信息【详见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用户自定义参数，在直接授权观看条件或独立授权时可能带过来的参数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用户自定义参数，在直接授权观看条件或独立授权时可能带过来的参数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totalUsers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参与抽奖的总人数</w:t>
            </w:r>
          </w:p>
        </w:tc>
      </w:tr>
    </w:tbl>
    <w:p>
      <w:pPr>
        <w:spacing w:after="40"/>
      </w:pPr>
    </w:p>
    <w:p>
      <w:pPr>
        <w:pStyle w:val="Heading3"/>
      </w:pPr>
      <w:r>
        <w:t>ext参数描述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中奖记录的额外拓展信息【详见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receiveInfo参数描述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字段值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"fc0894ce-08df-4376-92e2-fd0531cbe8ba",</w:t>
        <w:br/>
        <w:t xml:space="preserve">    "data": {</w:t>
        <w:br/>
        <w:t xml:space="preserve">        "recordId": "22ad8e0518",</w:t>
        <w:br/>
        <w:t xml:space="preserve">        "channelId": 2974342,</w:t>
        <w:br/>
        <w:t xml:space="preserve">        "lotteryId": "g9pf1atsa3",</w:t>
        <w:br/>
        <w:t xml:space="preserve">        "sessionId": "g9pf13d8bo",</w:t>
        <w:br/>
        <w:t xml:space="preserve">        "viewerId": "ovtl9twa7JHyHBBA8QUNVjjM4WIs",</w:t>
        <w:br/>
        <w:t xml:space="preserve">        "viewerName": "神经蛙",</w:t>
        <w:br/>
        <w:t xml:space="preserve">        "winnerCode": "OOf6jo74",</w:t>
        <w:br/>
        <w:t xml:space="preserve">        "prize": "百万   大礼包",</w:t>
        <w:br/>
        <w:t xml:space="preserve">        "name": null,</w:t>
        <w:br/>
        <w:t xml:space="preserve">        "telephone": null,</w:t>
        <w:br/>
        <w:t xml:space="preserve">        "createdTime": 1652341190000,</w:t>
        <w:br/>
        <w:t xml:space="preserve">        "lastModified": 1652341226000,</w:t>
        <w:br/>
        <w:t xml:space="preserve">        "address": null,</w:t>
        <w:br/>
        <w:t xml:space="preserve">        "ext": {</w:t>
        <w:br/>
        <w:t xml:space="preserve">            "receiveInfo": [</w:t>
        <w:br/>
        <w:t xml:space="preserve">                {</w:t>
        <w:br/>
        <w:t xml:space="preserve">                    "field": "姓名：",</w:t>
        <w:br/>
        <w:t xml:space="preserve">                    "value": "我"</w:t>
        <w:br/>
        <w:t xml:space="preserve">                },</w:t>
        <w:br/>
        <w:t xml:space="preserve">                {</w:t>
        <w:br/>
        <w:t xml:space="preserve">                    "field": "手机：",</w:t>
        <w:br/>
        <w:t xml:space="preserve">                    "value": "18888888888"</w:t>
        <w:br/>
        <w:t xml:space="preserve">                }</w:t>
        <w:br/>
        <w:t xml:space="preserve">            ]</w:t>
        <w:br/>
        <w:t xml:space="preserve">        },</w:t>
        <w:br/>
        <w:t xml:space="preserve">        "param4": "oi_ubsz8bujEA8TXdMzPpAxbC0ZI",</w:t>
        <w:br/>
        <w:t xml:space="preserve">        "param5": null,</w:t>
        <w:br/>
        <w:t xml:space="preserve">        "userId": "1b448be323",</w:t>
        <w:br/>
        <w:t xml:space="preserve">        "avatar": "https://thirdwx.qlogo.cn/mmopen/vi_32/Q3auHgzwzM48yCrkV6bNEauNqC60hZJ38eZkVt5YBiasWbq4MA9I5kgs6Oodicc5vpXSICosTibybCT5mgibhIwCNA/132",</w:t>
        <w:br/>
        <w:t xml:space="preserve">        "totalUsers": 2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中奖记录不存在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"d29944cb-66ac-4694-a844-5ec619e17abd",</w:t>
        <w:br/>
        <w:t xml:space="preserve">    "error": {</w:t>
        <w:br/>
        <w:t xml:space="preserve">        "code": 40031,</w:t>
        <w:br/>
        <w:t xml:space="preserve">        "desc": "中奖记录不存在"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查询观众中奖记录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