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分页查询频道抽奖统计记录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1、分页查询频道抽奖统计记录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http://api.polyv.net/live/v4/channel/lottery/activity-record/list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签名，为32位大写的MD5值,&amp;lt;code style="color:red"&amp;gt;生成签名的appSecret密钥作为通信数据安全的关键信息，严禁保存在客户端直接使用，所有API都必须通过客户自己服务器中转调用POLYV服务器获取响应数据&amp;lt;/code&amp;gt;【详见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startTimeBegin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开始时间-起始范围，13位毫秒级时间戳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startTimeEnd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开始时间-结束范围，13位毫秒级时间戳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抽奖活动ID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分页页码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http://api.polyv.net/live/v4/channel/lottery/activity-record/list?appId=frlr1zazn3&amp;timestamp=1665629374000&amp;sign=6CFA3141718E1AF0155889EEA2988206&amp;channelId=5765904&amp;pageNumber=1</w:t>
      </w:r>
    </w:p>
    <w:p>
      <w:pPr>
        <w:pStyle w:val="Heading2"/>
      </w:pPr>
      <w:r>
        <w:t>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响应详细信息【详见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总记录数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抽奖活动统计列表信息【详见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Contents响应描述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lotteryCondition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参与条件，none:无条件, invite:邀请好友, duration:观看时长, question:答题, questionnaire:问卷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inviteType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邀请方式，poster:邀请海报，external:外部邀请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抽奖状态，wait:未开始，start:进行中，finish:已结束，cancel:已取消，lottery:抽奖中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updateTime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修改时间，13位毫秒级时间戳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开始抽奖时间，13位毫秒级时间戳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结束抽奖时间，13位毫秒级时间戳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lotteryMode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抽奖模式，wait:定时，immediate:即时，task:任务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activityName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subLotteryList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子抽奖统计列表【详见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SubLotteryList字段说明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SubLotteryList响应描述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子抽奖ID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masterLotteryId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主抽奖ID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sort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排序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子抽奖状态，wait:未开始，lottery:抽奖中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账号userId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抽奖时的直播场次ID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lotteryRange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抽奖候选人范围，notWinning:未中奖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按头衔抽奖时的头衔名称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中奖人数（预设）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preset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预设中奖者，以英文逗号隔开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json 格式的字符串，表示抽奖的额外拓展信息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winnerCount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实际中奖人数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totalUsers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参与抽奖的人数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抽奖的额外拓展信息【详见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LotteryExt字段说明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LotteryExt响应描述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collectInfo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中奖用户领奖收集信息列表【详见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CollectInfo字段说明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CollectInfo响应描述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类型，userName:姓名、userPhone:手机号、custom:自定义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field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提示语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required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是否必填，true/false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快速接入基础代码请&amp;lt;span style="color:red"&amp;gt;下载相关依赖源码&amp;lt;/span&amp;gt;， &amp;lt;a href="/third_res/util.zip" target="_blank"&amp;gt;点击下载源代码&amp;lt;/a&amp;gt;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&amp;gt; 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1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LoggerFactory.getLogger(ChannelLotteryTest.class);</w:t>
        <w:br/>
        <w:t>/**</w:t>
        <w:br/>
        <w:t xml:space="preserve"> * 分页查询频道抽奖活动统计记录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testPageLotteryActivityRecord() throws IOException, NoSuchAlgorithmException {</w:t>
        <w:br/>
        <w:t xml:space="preserve">    // 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 业务参数</w:t>
        <w:br/>
        <w:t xml:space="preserve">    String url = "http://api.polyv.net/live/v4/channel/lottery/activity-record/list";</w:t>
        <w:br/>
        <w:t xml:space="preserve">    Integer channelId = 5765904;</w:t>
        <w:br/>
        <w:t xml:space="preserve">    Integer pageNumber = 1;</w:t>
        <w:br/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String.valueOf(channelId));</w:t>
        <w:br/>
        <w:t xml:space="preserve">    requestMap.put("pageNumber", String.valueOf(pageNumber));</w:t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t xml:space="preserve">    log.info("测试分页查询频道抽奖活动统计记录，返回值：{}", response);</w:t>
        <w:br/>
        <w:t xml:space="preserve">    // 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"48978442-c4a8-4e6d-a08e-cf3fdf6f2c1b",</w:t>
        <w:br/>
        <w:t xml:space="preserve">    "data": {</w:t>
        <w:br/>
        <w:t xml:space="preserve">        "pageNumber": 1,</w:t>
        <w:br/>
        <w:t xml:space="preserve">        "pageSize": 10,</w:t>
        <w:br/>
        <w:t xml:space="preserve">        "totalPages": 2,</w:t>
        <w:br/>
        <w:t xml:space="preserve">        "totalItems": 11,</w:t>
        <w:br/>
        <w:t xml:space="preserve">        "contents": [</w:t>
        <w:br/>
        <w:t xml:space="preserve">            {</w:t>
        <w:br/>
        <w:t xml:space="preserve">                "lotteryId": "h6udiwy1nj",</w:t>
        <w:br/>
        <w:t xml:space="preserve">                "userId": "2b3ccac944",</w:t>
        <w:br/>
        <w:t xml:space="preserve">                "channelId": 5765904,</w:t>
        <w:br/>
        <w:t xml:space="preserve">                "lotteryCondition": "questionnaire",</w:t>
        <w:br/>
        <w:t xml:space="preserve">                "inviteType": null,</w:t>
        <w:br/>
        <w:t xml:space="preserve">                "status": "cancel",</w:t>
        <w:br/>
        <w:t xml:space="preserve">                "createTime": 1745826290000,</w:t>
        <w:br/>
        <w:t xml:space="preserve">                "updateTime": 1745828914000,</w:t>
        <w:br/>
        <w:t xml:space="preserve">                "startTime": 1745996400000,</w:t>
        <w:br/>
        <w:t xml:space="preserve">                "endTime": 1745996460000,</w:t>
        <w:br/>
        <w:t xml:space="preserve">                "lotteryMode": "wait",</w:t>
        <w:br/>
        <w:t xml:space="preserve">                "sessionId": "",</w:t>
        <w:br/>
        <w:t xml:space="preserve">                "activityName": "问卷抽奖",</w:t>
        <w:br/>
        <w:t xml:space="preserve">                "subLotteryList": [</w:t>
        <w:br/>
        <w:t xml:space="preserve">                    {</w:t>
        <w:br/>
        <w:t xml:space="preserve">                        "lotteryId": "h6udixblav",</w:t>
        <w:br/>
        <w:t xml:space="preserve">                        "masterLotteryId": "h6udiwy1nj",</w:t>
        <w:br/>
        <w:t xml:space="preserve">                        "sort": 0,</w:t>
        <w:br/>
        <w:t xml:space="preserve">                        "status": "wait",</w:t>
        <w:br/>
        <w:t xml:space="preserve">                        "channelId": 5765904,</w:t>
        <w:br/>
        <w:t xml:space="preserve">                        "userId": "2b3ccac944",</w:t>
        <w:br/>
        <w:t xml:space="preserve">                        "sessionId": "",</w:t>
        <w:br/>
        <w:t xml:space="preserve">                        "lotteryRange": "notWinning",</w:t>
        <w:br/>
        <w:t xml:space="preserve">                        "actor": null,</w:t>
        <w:br/>
        <w:t xml:space="preserve">                        "prize": "团购券100元",</w:t>
        <w:br/>
        <w:t xml:space="preserve">                        "amount": 1,</w:t>
        <w:br/>
        <w:t xml:space="preserve">                        "preset": "",</w:t>
        <w:br/>
        <w:t xml:space="preserve">                        "ext": "{\"collectInfo\":[{\"type\":\"userName\",\"field\":\"姓名\",\"tips\":\"请输入您的名称\",\"required\":true},{\"type\":\"userPhone\",\"field\":\"手机\",\"tips\":\"请输入您的手机号码\",\"required\":true}]}",</w:t>
        <w:br/>
        <w:t xml:space="preserve">                        "winnerCount": 0,</w:t>
        <w:br/>
        <w:t xml:space="preserve">                        "totalUsers": 0,</w:t>
        <w:br/>
        <w:t xml:space="preserve">                        "createdTime": 1745826290000,</w:t>
        <w:br/>
        <w:t xml:space="preserve">                        "lotteryExt": {</w:t>
        <w:br/>
        <w:t xml:space="preserve">                            "collectInfo": [</w:t>
        <w:br/>
        <w:t xml:space="preserve">                                {</w:t>
        <w:br/>
        <w:t xml:space="preserve">                                    "field": "姓名",</w:t>
        <w:br/>
        <w:t xml:space="preserve">                                    "tips": "请输入您的名称",</w:t>
        <w:br/>
        <w:t xml:space="preserve">                                    "type": "userName",</w:t>
        <w:br/>
        <w:t xml:space="preserve">                                    "required": true</w:t>
        <w:br/>
        <w:t xml:space="preserve">                                },</w:t>
        <w:br/>
        <w:t xml:space="preserve">                                {</w:t>
        <w:br/>
        <w:t xml:space="preserve">                                    "field": "手机",</w:t>
        <w:br/>
        <w:t xml:space="preserve">                                    "tips": "请输入您的手机号码",</w:t>
        <w:br/>
        <w:t xml:space="preserve">                                    "type": "userPhone",</w:t>
        <w:br/>
        <w:t xml:space="preserve">                                    "required": true</w:t>
        <w:br/>
        <w:t xml:space="preserve">                                }</w:t>
        <w:br/>
        <w:t xml:space="preserve">                            ]</w:t>
        <w:br/>
        <w:t xml:space="preserve">                        }</w:t>
        <w:br/>
        <w:t xml:space="preserve">                    },</w:t>
        <w:br/>
        <w:t xml:space="preserve">                    {</w:t>
        <w:br/>
        <w:t xml:space="preserve">                        "lotteryId": "h6udixerdd",</w:t>
        <w:br/>
        <w:t xml:space="preserve">                        "masterLotteryId": "h6udiwy1nj",</w:t>
        <w:br/>
        <w:t xml:space="preserve">                        "sort": 1,</w:t>
        <w:br/>
        <w:t xml:space="preserve">                        "status": "wait",</w:t>
        <w:br/>
        <w:t xml:space="preserve">                        "channelId": 5765904,</w:t>
        <w:br/>
        <w:t xml:space="preserve">                        "userId": "2b3ccac944",</w:t>
        <w:br/>
        <w:t xml:space="preserve">                        "sessionId": "",</w:t>
        <w:br/>
        <w:t xml:space="preserve">                        "lotteryRange": "notWinning",</w:t>
        <w:br/>
        <w:t xml:space="preserve">                        "actor": null,</w:t>
        <w:br/>
        <w:t xml:space="preserve">                        "prize": "团购券50元",</w:t>
        <w:br/>
        <w:t xml:space="preserve">                        "amount": 2,</w:t>
        <w:br/>
        <w:t xml:space="preserve">                        "preset": "",</w:t>
        <w:br/>
        <w:t xml:space="preserve">                        "ext": "{\"collectInfo\":[{\"type\":\"userName\",\"field\":\"姓名\",\"tips\":\"请输入您的名称\",\"required\":true},{\"type\":\"userPhone\",\"field\":\"手机\",\"tips\":\"请输入您的手机号码\",\"required\":true}]}",</w:t>
        <w:br/>
        <w:t xml:space="preserve">                        "winnerCount": 0,</w:t>
        <w:br/>
        <w:t xml:space="preserve">                        "totalUsers": 0,</w:t>
        <w:br/>
        <w:t xml:space="preserve">                        "createdTime": 1745826290000,</w:t>
        <w:br/>
        <w:t xml:space="preserve">                        "lotteryExt": {</w:t>
        <w:br/>
        <w:t xml:space="preserve">                            "collectInfo": [</w:t>
        <w:br/>
        <w:t xml:space="preserve">                                {</w:t>
        <w:br/>
        <w:t xml:space="preserve">                                    "field": "姓名",</w:t>
        <w:br/>
        <w:t xml:space="preserve">                                    "tips": "请输入您的名称",</w:t>
        <w:br/>
        <w:t xml:space="preserve">                                    "type": "userName",</w:t>
        <w:br/>
        <w:t xml:space="preserve">                                    "required": true</w:t>
        <w:br/>
        <w:t xml:space="preserve">                                },</w:t>
        <w:br/>
        <w:t xml:space="preserve">                                {</w:t>
        <w:br/>
        <w:t xml:space="preserve">                                    "field": "手机",</w:t>
        <w:br/>
        <w:t xml:space="preserve">                                    "tips": "请输入您的手机号码",</w:t>
        <w:br/>
        <w:t xml:space="preserve">                                    "type": "userPhone",</w:t>
        <w:br/>
        <w:t xml:space="preserve">                                    "required": true</w:t>
        <w:br/>
        <w:t xml:space="preserve">                                }</w:t>
        <w:br/>
        <w:t xml:space="preserve">                            ]</w:t>
        <w:br/>
        <w:t xml:space="preserve">                        }</w:t>
        <w:br/>
        <w:t xml:space="preserve">                    }</w:t>
        <w:br/>
        <w:t xml:space="preserve">                ]</w:t>
        <w:br/>
        <w:t xml:space="preserve">            },</w:t>
        <w:br/>
        <w:t xml:space="preserve">            {</w:t>
        <w:br/>
        <w:t xml:space="preserve">                "lotteryId": "h6qw06qmx8",</w:t>
        <w:br/>
        <w:t xml:space="preserve">                "userId": "2b3ccac944",</w:t>
        <w:br/>
        <w:t xml:space="preserve">                "channelId": 5765904,</w:t>
        <w:br/>
        <w:t xml:space="preserve">                "lotteryCondition": "none",</w:t>
        <w:br/>
        <w:t xml:space="preserve">                "inviteType": null,</w:t>
        <w:br/>
        <w:t xml:space="preserve">                "status": "finish",</w:t>
        <w:br/>
        <w:t xml:space="preserve">                "createTime": 1745553059000,</w:t>
        <w:br/>
        <w:t xml:space="preserve">                "updateTime": 1745553640000,</w:t>
        <w:br/>
        <w:t xml:space="preserve">                "startTime": 1745553600000,</w:t>
        <w:br/>
        <w:t xml:space="preserve">                "endTime": 1745553630000,</w:t>
        <w:br/>
        <w:t xml:space="preserve">                "lotteryMode": "task",</w:t>
        <w:br/>
        <w:t xml:space="preserve">                "sessionId": "",</w:t>
        <w:br/>
        <w:t xml:space="preserve">                "activityName": "抽奖",</w:t>
        <w:br/>
        <w:t xml:space="preserve">                "subLotteryList": [</w:t>
        <w:br/>
        <w:t xml:space="preserve">                    {</w:t>
        <w:br/>
        <w:t xml:space="preserve">                        "lotteryId": "h6qw06qmx8",</w:t>
        <w:br/>
        <w:t xml:space="preserve">                        "masterLotteryId": "h6qw06qmx8",</w:t>
        <w:br/>
        <w:t xml:space="preserve">                        "sort": 0,</w:t>
        <w:br/>
        <w:t xml:space="preserve">                        "status": "wait",</w:t>
        <w:br/>
        <w:t xml:space="preserve">                        "channelId": 5765904,</w:t>
        <w:br/>
        <w:t xml:space="preserve">                        "userId": "2b3ccac944",</w:t>
        <w:br/>
        <w:t xml:space="preserve">                        "sessionId": "h6que674kh",</w:t>
        <w:br/>
        <w:t xml:space="preserve">                        "lotteryRange": "notWinning",</w:t>
        <w:br/>
        <w:t xml:space="preserve">                        "actor": null,</w:t>
        <w:br/>
        <w:t xml:space="preserve">                        "prize": "苹果",</w:t>
        <w:br/>
        <w:t xml:space="preserve">                        "amount": 1,</w:t>
        <w:br/>
        <w:t xml:space="preserve">                        "preset": "",</w:t>
        <w:br/>
        <w:t xml:space="preserve">                        "ext": "{\"collectInfo\":[{\"field\":\"姓名\",\"tips\":\"请输入您的名称\",\"type\":\"userName\",\"required\":true},{\"field\":\"手机\",\"tips\":\"请输入您的手机号码\",\"type\":\"userPhone\",\"required\":true}]}",</w:t>
        <w:br/>
        <w:t xml:space="preserve">                        "winnerCount": 0,</w:t>
        <w:br/>
        <w:t xml:space="preserve">                        "totalUsers": 0,</w:t>
        <w:br/>
        <w:t xml:space="preserve">                        "createdTime": 1745553600000,</w:t>
        <w:br/>
        <w:t xml:space="preserve">                        "lotteryExt": {</w:t>
        <w:br/>
        <w:t xml:space="preserve">                            "collectInfo": [</w:t>
        <w:br/>
        <w:t xml:space="preserve">                                {</w:t>
        <w:br/>
        <w:t xml:space="preserve">                                    "field": "姓名",</w:t>
        <w:br/>
        <w:t xml:space="preserve">                                    "tips": "请输入您的名称",</w:t>
        <w:br/>
        <w:t xml:space="preserve">                                    "type": "userName",</w:t>
        <w:br/>
        <w:t xml:space="preserve">                                    "required": true</w:t>
        <w:br/>
        <w:t xml:space="preserve">                                },</w:t>
        <w:br/>
        <w:t xml:space="preserve">                                {</w:t>
        <w:br/>
        <w:t xml:space="preserve">                                    "field": "手机",</w:t>
        <w:br/>
        <w:t xml:space="preserve">                                    "tips": "请输入您的手机号码",</w:t>
        <w:br/>
        <w:t xml:space="preserve">                                    "type": "userPhone",</w:t>
        <w:br/>
        <w:t xml:space="preserve">                                    "required": true</w:t>
        <w:br/>
        <w:t xml:space="preserve">                                }</w:t>
        <w:br/>
        <w:t xml:space="preserve">                            ]</w:t>
        <w:br/>
        <w:t xml:space="preserve">                        }</w:t>
        <w:br/>
        <w:t xml:space="preserve">                    }</w:t>
        <w:br/>
        <w:t xml:space="preserve">                ]</w:t>
        <w:br/>
        <w:t xml:space="preserve">            }</w:t>
        <w:br/>
        <w:t xml:space="preserve">        ]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分页查询频道抽奖统计记录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