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上传伪直播互动脚本词条文本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1、上传伪直播互动脚本精准发言文件</w:t>
        <w:br/>
        <w:t>2、伪直播脚本不存时，会自动创建</w:t>
        <w:br/>
        <w:t>3、文件内容解析添加到该互动脚本下</w:t>
        <w:br/>
        <w:t>4、接口支持https协议</w:t>
      </w:r>
    </w:p>
    <w:p>
      <w:pPr>
        <w:pStyle w:val="Heading2"/>
      </w:pPr>
      <w:r>
        <w:t>模板文件下载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精准发言模板.xlsx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http://api.polyv.net/live/v4/channel/interaction-script/upload-disk-video-custom-script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2、上传的文件不超过200M，格式限制为xlsx。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diskVideoId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伪直播视频id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平台内容库-成员库-成员组ID，通过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平台内容库分组列表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上传的模板文件不超过10M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http://api.polyv.net/live/v4/channel/interaction-script/upload-disk-video-custom-script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channelId=1965681&amp;timestamp=1621842842327&amp;diskVideoId=test&amp;appId=frlr1zazn3&amp;sign=FC2296E942D2DB118C64C11AD941445D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file=file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请求成功时为上传文档的有关信息【详见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脚本id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LoggerFactory.getLogger(ChannelDocTest.class);</w:t>
        <w:br/>
        <w:t>/**</w:t>
        <w:br/>
        <w:t xml:space="preserve"> * 上传互动脚本精准发言</w:t>
        <w:br/>
        <w:t xml:space="preserve"> * @throws IOException</w:t>
        <w:br/>
        <w:t xml:space="preserve"> */</w:t>
        <w:br/>
        <w:t>@Test</w:t>
        <w:br/>
        <w:t>public void testUpload()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"http://api.polyv.net/live/v4/channel/interaction-script/upload-disk-video-custom-script";</w:t>
        <w:br/>
        <w:t xml:space="preserve">    String channelId = "1965681";</w:t>
        <w:br/>
        <w:t xml:space="preserve">    String diskVideoId = "diskVideoId";</w:t>
        <w:br/>
        <w:t xml:space="preserve">    File file = new File("D:/%E7%B2%BE%E5%87%86%E5%8F%91%E8%A8%80%E6%A8%A1%E6%9D%BF.xlsx");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requestMap.put("diskVideoId",diskVideoId);</w:t>
        <w:br/>
        <w:t xml:space="preserve">    Map&lt;String,File&gt; fileMap = new HashMap&lt;&gt;();</w:t>
        <w:br/>
        <w:t xml:space="preserve">    fileMap.put("file",file);</w:t>
        <w:br/>
        <w:t xml:space="preserve">    String sign = LiveSignUtil.getSign(requestMap, appSecret);</w:t>
        <w:br/>
        <w:t xml:space="preserve">    url += "?appId="+appId+"&amp;timestamp="+timestamp+"&amp;channelId="+channelId+"&amp;sign="+sign+"&amp;diskVideoId="+diskVideoId;</w:t>
        <w:br/>
        <w:t xml:space="preserve">    String response = HttpUtil.postFile(url, null, fileMap,"utf-8");</w:t>
        <w:br/>
        <w:t xml:space="preserve">    log.info("测试上传文档到某个频道：{}",response);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"id":"scriptId"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上传伪直播互动脚本词条文本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