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查询伪直播自定义互动脚本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1、查询伪直播自定义互动脚本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http://api.polyv.net/live/v4/channel/interaction-script/query-disk-video-custom-script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diskVideoId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伪直播视频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http://api.polyv.net/live/v4/channel/interaction-script/query-disk-video-custom-script?appId=frlr1zazn3&amp;timestamp=1665629374000&amp;sign=6CFA3141718E1AF0155889EEA2988206&amp;channelId=4619012&amp;diskVideoId=123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未关联脚本时返回null，已关联返回脚本信息【详见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脚本id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脚本名称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diskVideoId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脚本时长（HH:mm:ss）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删除脚本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query()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"http://api.polyv.net/live/v4/channel/interaction-script/query-disk-video-custom-script";</w:t>
        <w:br/>
        <w:t xml:space="preserve">    //业务参数</w:t>
        <w:br/>
        <w:t xml:space="preserve">    Integer channelId = 5004544;</w:t>
        <w:br/>
        <w:t xml:space="preserve">    String diskVideoId = "diskVideoId";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requestMap.put("diskVideoId", diskVideoId);</w:t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HttpUtil.get(url, requestMap);</w:t>
        <w:br/>
        <w:br/>
        <w:t xml:space="preserve">    log.info("测试查询脚本结果：{}",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"5211d4a661514e0abd99f594188c894d.78.17334636313441389",</w:t>
        <w:br/>
        <w:t xml:space="preserve">    "data": {</w:t>
        <w:br/>
        <w:t xml:space="preserve">        "id": 6112,</w:t>
        <w:br/>
        <w:t xml:space="preserve">        "name": null,</w:t>
        <w:br/>
        <w:t xml:space="preserve">        "liveType": "diskVideo",</w:t>
        <w:br/>
        <w:t xml:space="preserve">        "diskVideoId": "h1509fwdpw",</w:t>
        <w:br/>
        <w:t xml:space="preserve">        "diskVideoName": "f0_s",</w:t>
        <w:br/>
        <w:t xml:space="preserve">        "diskVideoSource": "VideoPool",</w:t>
        <w:br/>
        <w:t xml:space="preserve">        "stauts": "Y",</w:t>
        <w:br/>
        <w:t xml:space="preserve">        "duration": "00:00:46",</w:t>
        <w:br/>
        <w:t xml:space="preserve">        "startTime": 1732951491000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查询伪直播自定义互动脚本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