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查询福袋中奖者分页列表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1、查询指定福袋活动的中奖者分页列表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http://api.polyv.net/live/v4/channel/lucky-bag/winner-page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2、若活动ID不存在或未发起则会响应400异常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福袋活动ID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场次ID，不传则查询所有场次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http://api.polyv.net/live/v4/channel/lucky-bag/winner-page?appId=frlr1zazn3&amp;timestamp=1665629374000&amp;sign=6CFA3141718E1AF0155889EEA2988206&amp;activityId=100001&amp;sessionId=abc123&amp;currentPage=1&amp;pageSize=10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中奖者记录列表【详见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奖品类型：cash-现金红包custom-自定义奖品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奖品信息，JSON字符串，结构见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prizeInfo字段说明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issueStatus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发放状态：0-待发放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outTradeErrCode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outTradeErrDesc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发放错误描述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3"/>
      </w:pPr>
      <w:r>
        <w:t>prizeInfo参数描述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prizeInfo 为 JSON 字符串，根据奖品类型（prizeType）不同，包含以下字段：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奖品类型：cash-现金红包custom-自定义奖品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现金金额，单位：元（type=cash时返回）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自定义奖品名称（type=custom时返回）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自定义奖品图片URL（type=custom时返回）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LoggerFactory.getLogger(ChannelLuckyBagTest.class);</w:t>
        <w:br/>
        <w:t>/**</w:t>
        <w:br/>
        <w:t xml:space="preserve"> * 查询福袋中奖者分页列表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testGetWinnerPage() throws IOException, NoSuchAlgorithmException {</w:t>
        <w:br/>
        <w:t xml:space="preserve">    // 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url = "http://api.polyv.net/live/v4/channel/lucky-bag/winner-page";</w:t>
        <w:br/>
        <w:t xml:space="preserve">    String activityId = "100001";</w:t>
        <w:br/>
        <w:t xml:space="preserve">    String sessionId = "abc123";</w:t>
        <w:br/>
        <w:t xml:space="preserve">    String currentPage = "1";</w:t>
        <w:br/>
        <w:t xml:space="preserve">    String pageSize = "10";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requestMap.put("activityId", activityId);</w:t>
        <w:br/>
        <w:t xml:space="preserve">    requestMap.put("sessionId", sessionId);</w:t>
        <w:br/>
        <w:t xml:space="preserve">    requestMap.put("currentPage", currentPage);</w:t>
        <w:br/>
        <w:t xml:space="preserve">    requestMap.put("pageSize", pageSize);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log.info("测试查询福袋中奖者分页列表，返回值：{}",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"fc0894ce-08df-4376-92e2-fd0531cbe8ba",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"id": 1001,</w:t>
        <w:br/>
        <w:t xml:space="preserve">                "viewerId": "viewer001",</w:t>
        <w:br/>
        <w:t xml:space="preserve">                "viewerNickName": "张三",</w:t>
        <w:br/>
        <w:t xml:space="preserve">                "prizeType": "cash",</w:t>
        <w:br/>
        <w:t xml:space="preserve">                "prizeInfo": "{\"type\":\"cash\",\"amount\":1.00}",</w:t>
        <w:br/>
        <w:t xml:space="preserve">                "issueStatus": 0,</w:t>
        <w:br/>
        <w:t xml:space="preserve">                "outTradeErrCode": null,</w:t>
        <w:br/>
        <w:t xml:space="preserve">                "outTradeErrDesc": null,</w:t>
        <w:br/>
        <w:t xml:space="preserve">                "createTime": "2026-06-01T10:30:00"</w:t>
        <w:br/>
        <w:t xml:space="preserve">            },</w:t>
        <w:br/>
        <w:t xml:space="preserve">            {</w:t>
        <w:br/>
        <w:t xml:space="preserve">                "id": 1002,</w:t>
        <w:br/>
        <w:t xml:space="preserve">                "viewerId": "viewer002",</w:t>
        <w:br/>
        <w:t xml:space="preserve">                "viewerNickName": "李四",</w:t>
        <w:br/>
        <w:t xml:space="preserve">                "prizeType": "custom",</w:t>
        <w:br/>
        <w:t xml:space="preserve">                "prizeInfo": "{\"type\":\"custom\",\"name\":\"精美礼品\",\"image\":\"https://example.com/gift.png\"}",</w:t>
        <w:br/>
        <w:t xml:space="preserve">                "issueStatus": 0,</w:t>
        <w:br/>
        <w:t xml:space="preserve">                "outTradeErrCode": null,</w:t>
        <w:br/>
        <w:t xml:space="preserve">                "outTradeErrDesc": null,</w:t>
        <w:br/>
        <w:t xml:space="preserve">                "createTime": "2026-06-01T10:30:00"</w:t>
        <w:br/>
        <w:t xml:space="preserve">            }</w:t>
        <w:br/>
        <w:t xml:space="preserve">        ],</w:t>
        <w:br/>
        <w:t xml:space="preserve">        "totalItems": 2,</w:t>
        <w:br/>
        <w:t xml:space="preserve">        "totalPages": 1,</w:t>
        <w:br/>
        <w:t xml:space="preserve">        "pageNumber": 1,</w:t>
        <w:br/>
        <w:t xml:space="preserve">        "pageSize": 10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查询福袋中奖者分页列表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