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批量查询频道直播状态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查询批量频道状态(旧版)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1、批量查询频道直播状态（不支持研讨会）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http://api.polyv.net/live/v4/channel/live-status/list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用英文逗号隔开的频道号，如：10000,100001 最多200个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http://api.polyv.net/live/v4/channel/live-status/list?appId=frlr1zazn3&amp;sign=79767F7E02132E1904C304E4F225CC2A&amp;channelIds=2624138%2C2614940&amp;timestamp=1634783281943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直播状态unStart：未开始live：直播中end：已结束waiting：等待中playback：回放中banpush：已禁播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批量查询频道直播状态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testGetAllLiveStatus()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"http://api.polyv.net/live/v4/channel/live-status/list";</w:t>
        <w:br/>
        <w:t xml:space="preserve">    String channelIds = "2624138,2614940";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requestMap.put("channelIds", channelIds);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log.info("测试批量查询频道直播状态成功：{}",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"b38bdd97dc404213a2436e7a086b9db9.82.16347832877195279",</w:t>
        <w:br/>
        <w:t xml:space="preserve">    "data": [</w:t>
        <w:br/>
        <w:t xml:space="preserve">        {</w:t>
        <w:br/>
        <w:t xml:space="preserve">            "channelId": 2614940,</w:t>
        <w:br/>
        <w:t xml:space="preserve">            "liveStatus": "playback"</w:t>
        <w:br/>
        <w:t xml:space="preserve">        },</w:t>
        <w:br/>
        <w:t xml:space="preserve">        {</w:t>
        <w:br/>
        <w:t xml:space="preserve">            "channelId": 2624138,</w:t>
        <w:br/>
        <w:t xml:space="preserve">            "liveStatus": "unStart"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"d310b70bc329403f87f77f9203d50f89.128.16360832149273615",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批量查询频道直播状态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