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修改频道礼物打赏设置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1、修改频道礼物打赏设置，礼物打赏又分为现金支付和积分支付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http://api.polyv.net/live/v4/channel/donate/gift/update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TemplateGiftDonate字段说明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TemplateGiftDonate参数描述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现金支付列表，数组长度为1-18【详见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积分支付列表，数组长度为1-16【详见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GiftDonate字段说明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礼物类型 STATIC-静态礼物 DYNAMIC-动态礼物，默认为静态礼物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礼物图片地址，礼物类型为STATIC时必填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dynamicImg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动效缩略图，PNG格式、图片尺寸500 x 500p，礼物类型为DYNAMIC时必填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dynamicFile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动效文件，文件类型为SVGA格式，礼物类型为DYNAMIC时必填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礼物价格，默认0.01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http://api.polyv.net/live/v4/channel/donate/gift/update?appId=frlr1zazn3&amp;sign=4B959FF84D977786673626B21F2E8EE3&amp;channelId=2523307&amp;timestamp=1631090638818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"donateGiftEnabled": "Y",</w:t>
        <w:br/>
        <w:t xml:space="preserve">    "giftDonate": {</w:t>
        <w:br/>
        <w:t xml:space="preserve">        "cashPays": [</w:t>
        <w:br/>
        <w:t xml:space="preserve">            {</w:t>
        <w:br/>
        <w:t xml:space="preserve">                "img": "//s1.videocc.net/default-img/donate/666.png",</w:t>
        <w:br/>
        <w:t xml:space="preserve">                "price": "666",</w:t>
        <w:br/>
        <w:t xml:space="preserve">                "name": "现金礼物1",</w:t>
        <w:br/>
        <w:t xml:space="preserve">                "enabled": "Y"</w:t>
        <w:br/>
        <w:t xml:space="preserve">            }</w:t>
        <w:br/>
        <w:t xml:space="preserve">        ],</w:t>
        <w:br/>
        <w:t xml:space="preserve">        "pointUnit": "豆",</w:t>
        <w:br/>
        <w:t xml:space="preserve">        "pointPays": [</w:t>
        <w:br/>
        <w:t xml:space="preserve">            {</w:t>
        <w:br/>
        <w:t xml:space="preserve">                "img": "//s1.videocc.net/default-img/donate/666.png",</w:t>
        <w:br/>
        <w:t xml:space="preserve">                "price": "666",</w:t>
        <w:br/>
        <w:t xml:space="preserve">                "name": "积分礼物1",</w:t>
        <w:br/>
        <w:t xml:space="preserve">                "enabled": "Y"</w:t>
        <w:br/>
        <w:t xml:space="preserve">            }</w:t>
        <w:br/>
        <w:t xml:space="preserve">        ],</w:t>
        <w:br/>
        <w:t xml:space="preserve">        "payWay": "CASH"</w:t>
        <w:br/>
        <w:t xml:space="preserve">  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LoggerFactory.getLogger(ChannelDonateTest.class);</w:t>
        <w:br/>
        <w:br/>
        <w:t xml:space="preserve">    @Test</w:t>
        <w:br/>
        <w:t xml:space="preserve">    public void testUpdateDonate() throws IOException, NoSuchAlgorithmException {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"http://api.polyv.net/live/v4/channel/donate/gift/update";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"2523307");</w:t>
        <w:br/>
        <w:br/>
        <w:t xml:space="preserve">        requestMap.put("sign", LiveSignUtil.getSign(requestMap, appSecret));</w:t>
        <w:br/>
        <w:br/>
        <w:t xml:space="preserve">        Map&lt;String, Object&gt; jsonMap = new HashMap&lt;&gt;();</w:t>
        <w:br/>
        <w:t xml:space="preserve">        jsonMap.put("donateGiftEnabled","Y");</w:t>
        <w:br/>
        <w:t xml:space="preserve">        Map&lt;String, Object&gt; giftDonateMap = new HashMap&lt;&gt;();</w:t>
        <w:br/>
        <w:t xml:space="preserve">        giftDonateMap.put("payWay","CASH");</w:t>
        <w:br/>
        <w:t xml:space="preserve">        giftDonateMap.put("pointUnit","豆");</w:t>
        <w:br/>
        <w:t xml:space="preserve">        List&lt;Map&lt;String,Object&gt;&gt; cashPaysList = new ArrayList&lt;&gt;();</w:t>
        <w:br/>
        <w:t xml:space="preserve">        Map&lt;String,Object&gt; cash1 = new HashMap&lt;&gt;();</w:t>
        <w:br/>
        <w:t xml:space="preserve">        cash1.put("name","现金礼物1");</w:t>
        <w:br/>
        <w:t xml:space="preserve">        cash1.put("img","//s1.videocc.net/default-img/donate/666.png");</w:t>
        <w:br/>
        <w:t xml:space="preserve">        cash1.put("price","666");</w:t>
        <w:br/>
        <w:t xml:space="preserve">        cash1.put("enabled","Y");</w:t>
        <w:br/>
        <w:t xml:space="preserve">        cashPaysList.add(cash1);</w:t>
        <w:br/>
        <w:t xml:space="preserve">        giftDonateMap.put("cashPays",cashPaysList);</w:t>
        <w:br/>
        <w:t xml:space="preserve">        List&lt;Map&lt;String,Object&gt;&gt; pointPaysList = new ArrayList&lt;&gt;();</w:t>
        <w:br/>
        <w:t xml:space="preserve">        Map&lt;String,Object&gt; point1 = new HashMap&lt;&gt;();</w:t>
        <w:br/>
        <w:t xml:space="preserve">        point1.put("name","积分礼物1");</w:t>
        <w:br/>
        <w:t xml:space="preserve">        point1.put("img","//s1.videocc.net/default-img/donate/666.png");</w:t>
        <w:br/>
        <w:t xml:space="preserve">        point1.put("price","666");</w:t>
        <w:br/>
        <w:t xml:space="preserve">        point1.put("enabled","Y");</w:t>
        <w:br/>
        <w:t xml:space="preserve">        pointPaysList.add(point1);</w:t>
        <w:br/>
        <w:t xml:space="preserve">        giftDonateMap.put("pointPays",pointPaysList);</w:t>
        <w:br/>
        <w:t xml:space="preserve">        jsonMap.put("giftDonate",giftDonateMap);</w:t>
        <w:br/>
        <w:br/>
        <w:t xml:space="preserve">        url = HttpUtil.appendUrl(url,requestMap);</w:t>
        <w:br/>
        <w:br/>
        <w:t xml:space="preserve">        String response = HttpUtil.postJsonBody(url, JSON.toJSONString(jsonMap),null);</w:t>
        <w:br/>
        <w:br/>
        <w:t xml:space="preserve">        log.info("测试修改频道礼物打赏设置，返回值：{}",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"dc7ae621ef8e4f4a8e4976833f1dbbd4.69.16309852981551185",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"4081dbac03e6441e8bdd301d8feee5a2.124.16360827277211321",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修改频道礼物打赏设置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