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查询频道打赏设置(新版后台)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查询频道打赏设置(旧版)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1、查询频道打赏设置，包括现金打赏、礼物打赏，礼物打赏又分为现金支付和积分支付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http://api.polyv.net/live/v4/channel/donate/get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http://api.polyv.net/live/v4/channel/donate/get?appId=frlr1zazn3&amp;sign=16DC042339E27BAD00452D004C1FA9CA&amp;channelId=2523307&amp;timestamp=1631064094801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成功响应时返回频道详细信息【详见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donateCashEnabled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现金红包打赏开关，Y：开启，N：关闭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cashDonate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现金红包【详见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TemplateCashDonateBO字段说明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donateGiftEnabled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giftDonate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礼物打赏（现金支付或积分支付）【详见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TemplateGiftDonateBO字段说明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TemplateCashDonateBO参数描述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固定打赏金额，数组长度在1-6，最小值0.01，最大值9999.99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cashMin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自定义打赏金额-最低金额，最小值0.01，最大值9999.99</w:t>
            </w:r>
          </w:p>
        </w:tc>
      </w:tr>
    </w:tbl>
    <w:p>
      <w:pPr>
        <w:spacing w:after="40"/>
      </w:pPr>
    </w:p>
    <w:p>
      <w:pPr>
        <w:pStyle w:val="Heading2"/>
      </w:pPr>
      <w:r>
        <w:t>TemplateGiftDonateBO参数描述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payWay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支付方式，CASH：现金支付，POINT：积分支付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现金单位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pointUnit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积分单位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cashPays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现金支付列表【详见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GiftDonate字段说明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pointPays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积分支付列表【详见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GiftDonate字段说明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GiftDonate参数描述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开关，Y：开启，N：关闭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LoggerFactory.getLogger(ChannelDonateTest.class);</w:t>
        <w:br/>
        <w:br/>
        <w:t>@Test</w:t>
        <w:br/>
        <w:t>public void testGetDonate() throws IOException, NoSuchAlgorithmException {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"http://api.polyv.net/live/v4/channel/donate/get";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"2523307");</w:t>
        <w:br/>
        <w:br/>
        <w:t xml:space="preserve">    requestMap.put("sign", LiveSignUtil.getSign(requestMap, appSecret));</w:t>
        <w:br/>
        <w:br/>
        <w:t xml:space="preserve">    String response = HttpUtil.get(url,requestMap);</w:t>
        <w:br/>
        <w:br/>
        <w:t xml:space="preserve">    log.info("测试查询频道打赏设置，返回值：{}",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"5d413aa5dc6b4cc1b79d4374aa5ac974.67.16310640996487509",</w:t>
        <w:br/>
        <w:t xml:space="preserve">    "data": {</w:t>
        <w:br/>
        <w:t xml:space="preserve">        "donateCashEnabled": "N",</w:t>
        <w:br/>
        <w:t xml:space="preserve">        "donateGiftEnabled": "N",</w:t>
        <w:br/>
        <w:t xml:space="preserve">        "cashDonate": {</w:t>
        <w:br/>
        <w:t xml:space="preserve">            "cashs": [</w:t>
        <w:br/>
        <w:t xml:space="preserve">                0.88,</w:t>
        <w:br/>
        <w:t xml:space="preserve">                6.66,</w:t>
        <w:br/>
        <w:t xml:space="preserve">                8.88,</w:t>
        <w:br/>
        <w:t xml:space="preserve">                18.88,</w:t>
        <w:br/>
        <w:t xml:space="preserve">                66.6,</w:t>
        <w:br/>
        <w:t xml:space="preserve">                88.8</w:t>
        <w:br/>
        <w:t xml:space="preserve">            ],</w:t>
        <w:br/>
        <w:t xml:space="preserve">            "cashMin": 0.01</w:t>
        <w:br/>
        <w:t xml:space="preserve">        },</w:t>
        <w:br/>
        <w:t xml:space="preserve">        "giftDonate": {</w:t>
        <w:br/>
        <w:t xml:space="preserve">            "payWay": null,</w:t>
        <w:br/>
        <w:t xml:space="preserve">            "cashUnit": "元",</w:t>
        <w:br/>
        <w:t xml:space="preserve">            "pointUnit": "点",</w:t>
        <w:br/>
        <w:t xml:space="preserve">            "cashPays": [</w:t>
        <w:br/>
        <w:t xml:space="preserve">                {</w:t>
        <w:br/>
        <w:t xml:space="preserve">                    "name": "666",</w:t>
        <w:br/>
        <w:t xml:space="preserve">                    "img": "//s1.videocc.net/default-img/donate/666.png",</w:t>
        <w:br/>
        <w:t xml:space="preserve">                    "price": 6.66,</w:t>
        <w:br/>
        <w:t xml:space="preserve">                    "sequence": 0,</w:t>
        <w:br/>
        <w:t xml:space="preserve">                    "enabled": "Y"</w:t>
        <w:br/>
        <w:t xml:space="preserve">                },</w:t>
        <w:br/>
        <w:t xml:space="preserve">                {</w:t>
        <w:br/>
        <w:t xml:space="preserve">                    "name": "掌声",</w:t>
        <w:br/>
        <w:t xml:space="preserve">                    "img": "//s1.videocc.net/default-img/donate/handclap.png",</w:t>
        <w:br/>
        <w:t xml:space="preserve">                    "price": 88.99,</w:t>
        <w:br/>
        <w:t xml:space="preserve">                    "sequence": 0,</w:t>
        <w:br/>
        <w:t xml:space="preserve">                    "enabled": "Y"</w:t>
        <w:br/>
        <w:t xml:space="preserve">                },</w:t>
        <w:br/>
        <w:t xml:space="preserve">                {</w:t>
        <w:br/>
        <w:t xml:space="preserve">                    "name": "点赞",</w:t>
        <w:br/>
        <w:t xml:space="preserve">                    "img": "//s1.videocc.net/default-img/donate/like.png",</w:t>
        <w:br/>
        <w:t xml:space="preserve">                    "price": 1.99,</w:t>
        <w:br/>
        <w:t xml:space="preserve">                    "sequence": 0,</w:t>
        <w:br/>
        <w:t xml:space="preserve">                    "enabled": "Y"</w:t>
        <w:br/>
        <w:t xml:space="preserve">                },</w:t>
        <w:br/>
        <w:t xml:space="preserve">                {</w:t>
        <w:br/>
        <w:t xml:space="preserve">                    "name": "小星星",</w:t>
        <w:br/>
        <w:t xml:space="preserve">                    "img": "//s1.videocc.net/default-img/donate/star.png",</w:t>
        <w:br/>
        <w:t xml:space="preserve">                    "price": 9.99,</w:t>
        <w:br/>
        <w:t xml:space="preserve">                    "sequence": 0,</w:t>
        <w:br/>
        <w:t xml:space="preserve">                    "enabled": "N"</w:t>
        <w:br/>
        <w:t xml:space="preserve">                },</w:t>
        <w:br/>
        <w:t xml:space="preserve">                {</w:t>
        <w:br/>
        <w:t xml:space="preserve">                    "name": "钻石",</w:t>
        <w:br/>
        <w:t xml:space="preserve">                    "img": "//s1.videocc.net/default-img/donate/diamond.png",</w:t>
        <w:br/>
        <w:t xml:space="preserve">                    "price": 19.99,</w:t>
        <w:br/>
        <w:t xml:space="preserve">                    "sequence": 0,</w:t>
        <w:br/>
        <w:t xml:space="preserve">                    "enabled": "N"</w:t>
        <w:br/>
        <w:t xml:space="preserve">                },</w:t>
        <w:br/>
        <w:t xml:space="preserve">                {</w:t>
        <w:br/>
        <w:t xml:space="preserve">                    "name": "跑车",</w:t>
        <w:br/>
        <w:t xml:space="preserve">                    "img": "//s1.videocc.net/default-img/donate/car.png",</w:t>
        <w:br/>
        <w:t xml:space="preserve">                    "price": 29.99,</w:t>
        <w:br/>
        <w:t xml:space="preserve">                    "sequence": 0,</w:t>
        <w:br/>
        <w:t xml:space="preserve">                    "enabled": "N"</w:t>
        <w:br/>
        <w:t xml:space="preserve">                },</w:t>
        <w:br/>
        <w:t xml:space="preserve">                {</w:t>
        <w:br/>
        <w:t xml:space="preserve">                    "name": "火箭",</w:t>
        <w:br/>
        <w:t xml:space="preserve">                    "img": "//s1.videocc.net/default-img/donate/rocket.png",</w:t>
        <w:br/>
        <w:t xml:space="preserve">                    "price": 66.66,</w:t>
        <w:br/>
        <w:t xml:space="preserve">                    "sequence": 0,</w:t>
        <w:br/>
        <w:t xml:space="preserve">                    "enabled": "N"</w:t>
        <w:br/>
        <w:t xml:space="preserve">                }</w:t>
        <w:br/>
        <w:t xml:space="preserve">            ],</w:t>
        <w:br/>
        <w:t xml:space="preserve">            "pointPays": [</w:t>
        <w:br/>
        <w:t xml:space="preserve">                {</w:t>
        <w:br/>
        <w:t xml:space="preserve">                    "name": "咖啡",</w:t>
        <w:br/>
        <w:t xml:space="preserve">                    "img": "//s1.videocc.net/default-img/donate/coffee.png",</w:t>
        <w:br/>
        <w:t xml:space="preserve">                    "price": 5,</w:t>
        <w:br/>
        <w:t xml:space="preserve">                    "sequence": 1,</w:t>
        <w:br/>
        <w:t xml:space="preserve">                    "enabled": "Y"</w:t>
        <w:br/>
        <w:t xml:space="preserve">                },</w:t>
        <w:br/>
        <w:t xml:space="preserve">                {</w:t>
        <w:br/>
        <w:t xml:space="preserve">                    "name": "鲜花",</w:t>
        <w:br/>
        <w:t xml:space="preserve">                    "img": "//s1.videocc.net/default-img/donate/flower.png",</w:t>
        <w:br/>
        <w:t xml:space="preserve">                    "price": 0,</w:t>
        <w:br/>
        <w:t xml:space="preserve">                    "sequence": 2,</w:t>
        <w:br/>
        <w:t xml:space="preserve">                    "enabled": "Y"</w:t>
        <w:br/>
        <w:t xml:space="preserve">                },</w:t>
        <w:br/>
        <w:t xml:space="preserve">                {</w:t>
        <w:br/>
        <w:t xml:space="preserve">                    "name": "点赞",</w:t>
        <w:br/>
        <w:t xml:space="preserve">                    "img": "//s1.videocc.net/default-img/donate/like.png",</w:t>
        <w:br/>
        <w:t xml:space="preserve">                    "price": 10,</w:t>
        <w:br/>
        <w:t xml:space="preserve">                    "sequence": 3,</w:t>
        <w:br/>
        <w:t xml:space="preserve">                    "enabled": "Y"</w:t>
        <w:br/>
        <w:t xml:space="preserve">                },</w:t>
        <w:br/>
        <w:t xml:space="preserve">                {</w:t>
        <w:br/>
        <w:t xml:space="preserve">                    "name": "掌声",</w:t>
        <w:br/>
        <w:t xml:space="preserve">                    "img": "//s1.videocc.net/default-img/donate/handclap.png",</w:t>
        <w:br/>
        <w:t xml:space="preserve">                    "price": 15,</w:t>
        <w:br/>
        <w:t xml:space="preserve">                    "sequence": 4,</w:t>
        <w:br/>
        <w:t xml:space="preserve">                    "enabled": "Y"</w:t>
        <w:br/>
        <w:t xml:space="preserve">                },</w:t>
        <w:br/>
        <w:t xml:space="preserve">                {</w:t>
        <w:br/>
        <w:t xml:space="preserve">                    "name": "666",</w:t>
        <w:br/>
        <w:t xml:space="preserve">                    "img": "//s1.videocc.net/default-img/donate/666.png",</w:t>
        <w:br/>
        <w:t xml:space="preserve">                    "price": 20,</w:t>
        <w:br/>
        <w:t xml:space="preserve">                    "sequence": 5,</w:t>
        <w:br/>
        <w:t xml:space="preserve">                    "enabled": "Y"</w:t>
        <w:br/>
        <w:t xml:space="preserve">                },</w:t>
        <w:br/>
        <w:t xml:space="preserve">                {</w:t>
        <w:br/>
        <w:t xml:space="preserve">                    "name": "小星星",</w:t>
        <w:br/>
        <w:t xml:space="preserve">                    "img": "//s1.videocc.net/default-img/donate/star.png",</w:t>
        <w:br/>
        <w:t xml:space="preserve">                    "price": 25,</w:t>
        <w:br/>
        <w:t xml:space="preserve">                    "sequence": 6,</w:t>
        <w:br/>
        <w:t xml:space="preserve">                    "enabled": "Y"</w:t>
        <w:br/>
        <w:t xml:space="preserve">                },</w:t>
        <w:br/>
        <w:t xml:space="preserve">                {</w:t>
        <w:br/>
        <w:t xml:space="preserve">                    "name": "钻石",</w:t>
        <w:br/>
        <w:t xml:space="preserve">                    "img": "//s1.videocc.net/default-img/donate/diamond.png",</w:t>
        <w:br/>
        <w:t xml:space="preserve">                    "price": 30,</w:t>
        <w:br/>
        <w:t xml:space="preserve">                    "sequence": 7,</w:t>
        <w:br/>
        <w:t xml:space="preserve">                    "enabled": "Y"</w:t>
        <w:br/>
        <w:t xml:space="preserve">                },</w:t>
        <w:br/>
        <w:t xml:space="preserve">                {</w:t>
        <w:br/>
        <w:t xml:space="preserve">                    "name": "烟火",</w:t>
        <w:br/>
        <w:t xml:space="preserve">                    "img": "//s1.videocc.net/default-img/donate/fireworks.png",</w:t>
        <w:br/>
        <w:t xml:space="preserve">                    "price": 35,</w:t>
        <w:br/>
        <w:t xml:space="preserve">                    "sequence": 8,</w:t>
        <w:br/>
        <w:t xml:space="preserve">                    "enabled": "Y"</w:t>
        <w:br/>
        <w:t xml:space="preserve">                },</w:t>
        <w:br/>
        <w:t xml:space="preserve">                {</w:t>
        <w:br/>
        <w:t xml:space="preserve">                    "name": "金蛋",</w:t>
        <w:br/>
        <w:t xml:space="preserve">                    "img": "//s1.videocc.net/default-img/donate/golden-egg.png",</w:t>
        <w:br/>
        <w:t xml:space="preserve">                    "price": 40,</w:t>
        <w:br/>
        <w:t xml:space="preserve">                    "sequence": 9,</w:t>
        <w:br/>
        <w:t xml:space="preserve">                    "enabled": "Y"</w:t>
        <w:br/>
        <w:t xml:space="preserve">                },</w:t>
        <w:br/>
        <w:t xml:space="preserve">                {</w:t>
        <w:br/>
        <w:t xml:space="preserve">                    "name": "奖杯",</w:t>
        <w:br/>
        <w:t xml:space="preserve">                    "img": "//s1.videocc.net/default-img/donate/cup.png",</w:t>
        <w:br/>
        <w:t xml:space="preserve">                    "price": 45,</w:t>
        <w:br/>
        <w:t xml:space="preserve">                    "sequence": 10,</w:t>
        <w:br/>
        <w:t xml:space="preserve">                    "enabled": "Y"</w:t>
        <w:br/>
        <w:t xml:space="preserve">                },</w:t>
        <w:br/>
        <w:t xml:space="preserve">                {</w:t>
        <w:br/>
        <w:t xml:space="preserve">                    "name": "跑车",</w:t>
        <w:br/>
        <w:t xml:space="preserve">                    "img": "//s1.videocc.net/default-img/donate/car.png",</w:t>
        <w:br/>
        <w:t xml:space="preserve">                    "price": 50,</w:t>
        <w:br/>
        <w:t xml:space="preserve">                    "sequence": 11,</w:t>
        <w:br/>
        <w:t xml:space="preserve">                    "enabled": "Y"</w:t>
        <w:br/>
        <w:t xml:space="preserve">                },</w:t>
        <w:br/>
        <w:t xml:space="preserve">                {</w:t>
        <w:br/>
        <w:t xml:space="preserve">                    "name": "皇冠",</w:t>
        <w:br/>
        <w:t xml:space="preserve">                    "img": "//s1.videocc.net/default-img/donate/crown.png",</w:t>
        <w:br/>
        <w:t xml:space="preserve">                    "price": 60,</w:t>
        <w:br/>
        <w:t xml:space="preserve">                    "sequence": 12,</w:t>
        <w:br/>
        <w:t xml:space="preserve">                    "enabled": "Y"</w:t>
        <w:br/>
        <w:t xml:space="preserve">                },</w:t>
        <w:br/>
        <w:t xml:space="preserve">                {</w:t>
        <w:br/>
        <w:t xml:space="preserve">                    "name": "别墅",</w:t>
        <w:br/>
        <w:t xml:space="preserve">                    "img": "//s1.videocc.net/default-img/donate/house.png",</w:t>
        <w:br/>
        <w:t xml:space="preserve">                    "price": 65,</w:t>
        <w:br/>
        <w:t xml:space="preserve">                    "sequence": 13,</w:t>
        <w:br/>
        <w:t xml:space="preserve">                    "enabled": "Y"</w:t>
        <w:br/>
        <w:t xml:space="preserve">                },</w:t>
        <w:br/>
        <w:t xml:space="preserve">                {</w:t>
        <w:br/>
        <w:t xml:space="preserve">                    "name": "游艇",</w:t>
        <w:br/>
        <w:t xml:space="preserve">                    "img": "//s1.videocc.net/default-img/donate/yacht.png",</w:t>
        <w:br/>
        <w:t xml:space="preserve">                    "price": 70,</w:t>
        <w:br/>
        <w:t xml:space="preserve">                    "sequence": 14,</w:t>
        <w:br/>
        <w:t xml:space="preserve">                    "enabled": "Y"</w:t>
        <w:br/>
        <w:t xml:space="preserve">                },</w:t>
        <w:br/>
        <w:t xml:space="preserve">                {</w:t>
        <w:br/>
        <w:t xml:space="preserve">                    "name": "飞机",</w:t>
        <w:br/>
        <w:t xml:space="preserve">                    "img": "//s1.videocc.net/default-img/donate/plane.png",</w:t>
        <w:br/>
        <w:t xml:space="preserve">                    "price": 88,</w:t>
        <w:br/>
        <w:t xml:space="preserve">                    "sequence": 15,</w:t>
        <w:br/>
        <w:t xml:space="preserve">                    "enabled": "Y"</w:t>
        <w:br/>
        <w:t xml:space="preserve">                },</w:t>
        <w:br/>
        <w:t xml:space="preserve">                {</w:t>
        <w:br/>
        <w:t xml:space="preserve">                    "name": "火箭",</w:t>
        <w:br/>
        <w:t xml:space="preserve">                    "img": "//s1.videocc.net/default-img/donate/rocket.png",</w:t>
        <w:br/>
        <w:t xml:space="preserve">                    "price": 100,</w:t>
        <w:br/>
        <w:t xml:space="preserve">                    "sequence": 16,</w:t>
        <w:br/>
        <w:t xml:space="preserve">                    "enabled": "Y"</w:t>
        <w:br/>
        <w:t xml:space="preserve">                }</w:t>
        <w:br/>
        <w:t xml:space="preserve">            ]</w:t>
        <w:br/>
        <w:t xml:space="preserve">        }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"4081dbac03e6441e8bdd301d8feee5a2.124.16360828110501391",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查询频道打赏设置(新版后台)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