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修改云分发频道总开关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1、修改单个频道云分发总开关，该功能需要超管开通才生效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http://api.polyv.net/live/v4/channel/distribute/update-master-switch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频道云分发总开关，Y：开启，N：关闭，默认为Y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enforce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是否强制关闭，Y：强制关闭，N：非强制关闭，默认为N。非强制关闭时，频道如果正常直播中，接口会抛出异常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http://api.polyv.net/live/v4/channel/distribute/update-master-switch?channelId=2272655&amp;distributeEnabled=N&amp;appId=frlr1zazn3&amp;timestamp=1639730255000&amp;sign=F8AEF9DA6944287C31F5668680781642&amp;enforce=N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成功响应时返回true，失败时返回null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br/>
        <w:t>/**</w:t>
        <w:br/>
        <w:t xml:space="preserve"> * 修改频道总开关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testUpdateMasterSwitch()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"http://api.polyv.net/live/v4/channel/distribute/update-master-switch";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"2272655");</w:t>
        <w:br/>
        <w:t xml:space="preserve">    requestMap.put("distributeEnabled", "Y");</w:t>
        <w:br/>
        <w:t xml:space="preserve">    requestMap.put("enforce", "N");</w:t>
        <w:br/>
        <w:br/>
        <w:t xml:space="preserve">    requestMap.put("sign", LiveSignUtil.getSign(requestMap, appSecret));</w:t>
        <w:br/>
        <w:t xml:space="preserve">    url = HttpUtil.appendUrl(url,requestMap);</w:t>
        <w:br/>
        <w:t xml:space="preserve">    String response = HttpUtil.postFormBody(url,null);</w:t>
        <w:br/>
        <w:br/>
        <w:t xml:space="preserve">    log.info("测试修改频道总开关，返回值：{}",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"192d744e4afe46f69fbbdc5919974664.67.16397306000916463",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400,</w:t>
        <w:br/>
        <w:t>"status": "error",</w:t>
        <w:br/>
        <w:t>"message": "invalid signature.",</w:t>
        <w:br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修改云分发频道总开关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