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查询云分发数据信息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1、查询频道云分发数据信息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http://api.polyv.net/live/v4/channel/distribute/get/statistic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频道场次ID，多个使用,分隔，场次ID和直播开始结束时间不能同时为空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直播开始时间，时间戳，场次ID和直播开始结束时间不能同时为空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直播结束时间，时间戳，场次ID和直播开始结束时间不能同时为空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http://api.polyv.net/live/v4/channel/distribute/get/statistic?channelId=2272655&amp;sessionIds=g56jkqt1de&amp;sign=D6CD205D3B028B08F7o7CC3D9709CCFA&amp;appId=frlr1zazn3&amp;timestamp=1639731851000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成功响应时返回数据信息【详见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云分发推流地址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推流开始时间，时间戳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distributeEndTime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推流结束时间，时间戳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云分发持续时间，单位：秒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br/>
        <w:t>/**</w:t>
        <w:br/>
        <w:t xml:space="preserve"> * 查询云分发数据信息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testGetStatistic()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"http://api.polyv.net/live/v4/channel/distribute/get/statistic";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"2272655");</w:t>
        <w:br/>
        <w:t xml:space="preserve">    requestMap.put("sessionIds", "g56jkqt1de");</w:t>
        <w:br/>
        <w:br/>
        <w:t xml:space="preserve">    requestMap.put("sign", LiveSignUtil.getSign(requestMap, appSecret));</w:t>
        <w:br/>
        <w:t xml:space="preserve">    url = HttpUtil.appendUrl(url,requestMap);</w:t>
        <w:br/>
        <w:t xml:space="preserve">    String response = HttpUtil.postFormBody(url,null);</w:t>
        <w:br/>
        <w:br/>
        <w:t xml:space="preserve">    log.info("测试查询云分发数据信息，返回值：{}",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"192d744e4afe46f69fbbdc5919974664.71.16397337099116719",</w:t>
        <w:br/>
        <w:t xml:space="preserve">    "data": [</w:t>
        <w:br/>
        <w:t xml:space="preserve">        {</w:t>
        <w:br/>
        <w:t xml:space="preserve">            "channelId": 2272655,</w:t>
        <w:br/>
        <w:t xml:space="preserve">            "sessionId": "g56jkqt1de",</w:t>
        <w:br/>
        <w:t xml:space="preserve">            "liveStartTime": 1639577654000,</w:t>
        <w:br/>
        <w:t xml:space="preserve">            "liveEndTime": 1639577794000,</w:t>
        <w:br/>
        <w:t xml:space="preserve">            "name": null,</w:t>
        <w:br/>
        <w:t xml:space="preserve">            "distributeLiveCode": null,</w:t>
        <w:br/>
        <w:t xml:space="preserve">            "distributeUrl": "rtmp://tx.direct.huya.com/huyalive/304817310-304817310-7039957867407750754-609758076-10057-A-1639400551-1?seq=1639117923922&amp;type=simple",</w:t>
        <w:br/>
        <w:t xml:space="preserve">            "distributeStartTime": 1639577684000,</w:t>
        <w:br/>
        <w:t xml:space="preserve">            "distributeEndTime": 1639577784000,</w:t>
        <w:br/>
        <w:t xml:space="preserve">            "duration": 99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400,</w:t>
        <w:br/>
        <w:t>"status": "error",</w:t>
        <w:br/>
        <w:t>"message": "invalid signature.",</w:t>
        <w:br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查询云分发数据信息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