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查询频道页面装修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1、查询频道的页面装修设置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http://api.polyv.net/live/v4/channel/decorate/get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http://api.polyv.net/live/v4/channel/decorate/get?appId=frlr1zacn3&amp;sign=0F412B15C2DC032517E1D29BD4452C43&amp;channelId=2523307&amp;timestamp=1630996829815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成功响应时返回频道详细信息【详见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皮肤，black：时尚黑，red：喜庆红，blue：科技蓝，white：经典白，green：薄荷绿，golden：富贵金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aloneWatchLayout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普通直播观看页布局配置(普通:normal,竖屏:portrait)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装修里聊天对象【详见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TemplateDecorateChatBO字段说明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装修中文直播介绍页对象【详见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TemplateDecorateDescBO字段说明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menus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中文菜单列表对象【详见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TemplateDecorateMenuBO字段说明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装修播放器对象【详见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TemplateDecoratePlayerBO字段说明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pptMobileWatchLayout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三分屏移动端观看布局,normal:常规直播,portrait:直播带货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装修引导页对象【详见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TemplateDecorateSplashBO字段说明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引导页开关，Y：开启，N：关闭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englishSettingEnabled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双语直播间开关，Y：开启，N：关闭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enMenus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英文菜单列表对象【详见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TemplateDecorateMenuBO字段说明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模板-装修英文直播介绍页对象【详见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TemplateDecorateDescEnBO字段说明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2"/>
      </w:pPr>
      <w:r>
        <w:t>TemplateDecorateChatBO参数描述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baseLikes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累计点赞人数 (点赞基数)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chatOnlineNumberEnable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在线人数开关，Y：开启，N：关闭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emotionEnabled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情绪直播间开关，情绪开关和点赞开关同时只能开启一个，Y：开启，N：关闭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redPackEnabled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sendFlowersEnabled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点赞开关，Y：开启，N：关闭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viewerSendImgEnabled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发送图片开关，Y：开启，N：关闭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welcomeEnabled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欢迎语开关，Y：开启，N：关闭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withdrawEnabled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提现开关，Y：开启，N：关闭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portraitChatBgImg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竖屏聊天室背景图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portraitChatBgImgOpacity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竖屏聊天室背景图模糊度，0~50，值越大越模糊</w:t>
            </w:r>
          </w:p>
        </w:tc>
      </w:tr>
    </w:tbl>
    <w:p>
      <w:pPr>
        <w:spacing w:after="40"/>
      </w:pPr>
    </w:p>
    <w:p>
      <w:pPr>
        <w:pStyle w:val="Heading2"/>
      </w:pPr>
      <w:r>
        <w:t>TemplateDecorateDescBO参数描述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coverImageUrl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暖场图片 -&gt; 封面图片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iconUrl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图标URL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主持人名称，最大长度50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标题 -&gt; 直播名称，最大长度100</w:t>
            </w:r>
          </w:p>
        </w:tc>
      </w:tr>
    </w:tbl>
    <w:p>
      <w:pPr>
        <w:spacing w:after="40"/>
      </w:pPr>
    </w:p>
    <w:p>
      <w:pPr>
        <w:pStyle w:val="Heading2"/>
      </w:pPr>
      <w:r>
        <w:t>TemplateDecorateDescEnBO参数描述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主持人英文名称，最大长度50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直播英文名称，最大长度100</w:t>
            </w:r>
          </w:p>
        </w:tc>
      </w:tr>
    </w:tbl>
    <w:p>
      <w:pPr>
        <w:spacing w:after="40"/>
      </w:pPr>
    </w:p>
    <w:p>
      <w:pPr>
        <w:pStyle w:val="Heading2"/>
      </w:pPr>
      <w:r>
        <w:t>TemplateDecorateMenuBO参数描述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menuId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菜单类型desc：直播介绍chat：互动聊天quiz：提问qa：问答invite：邀请海报text：图文菜单iframe：推广外链tuwen：图文直播previous：往期buy：边看边买members：成员列表seat：坐席multiMeeting：多会场</w:t>
            </w:r>
          </w:p>
        </w:tc>
      </w:tr>
    </w:tbl>
    <w:p>
      <w:pPr>
        <w:spacing w:after="40"/>
      </w:pPr>
    </w:p>
    <w:p>
      <w:pPr>
        <w:pStyle w:val="Heading2"/>
      </w:pPr>
      <w:r>
        <w:t>TemplateDecoratePlayerBO参数描述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actualPV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实际累计观看次数 (真实次数)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backgroundUrl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PC背景图片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basePV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基础观看次数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coverJumpUrl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封面(暖场)跳转链接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iconLink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iconPosition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图标位置 (水印位置)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iconUrl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水印图片URL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logoOpacity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水印不透明度，0：完全透明，1：完全不透明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warmUpEnabled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暖场开关，Y：开启，N：关闭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warmUpImageUrl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暖场图片地址 (直播封面图)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watermarkEnabled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水印开关,Y：开启，N：关闭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TemplateDecorateSplashBO参数描述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splashImageUrl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引导页图片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private static final Logger log = LoggerFactory.getLogger(ChannelDecorateTest.class);</w:t>
        <w:br/>
        <w:br/>
        <w:t xml:space="preserve">    @Test</w:t>
        <w:br/>
        <w:t xml:space="preserve">    public void getChannelDecorate() throws IOException, NoSuchAlgorithmException {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t xml:space="preserve">        //业务参数</w:t>
        <w:br/>
        <w:t xml:space="preserve">        String url = "http://api.polyv.net/live/v4/channel/decorate/get";</w:t>
        <w:br/>
        <w:br/>
        <w:t xml:space="preserve">        //http 调用逻辑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t xml:space="preserve">        requestMap.put("channelId", "2523307");</w:t>
        <w:br/>
        <w:br/>
        <w:t xml:space="preserve">        requestMap.put("sign", LiveSignUtil.getSign(requestMap, appSecret));</w:t>
        <w:br/>
        <w:br/>
        <w:t xml:space="preserve">        String response = HttpUtil.get(url,requestMap);</w:t>
        <w:br/>
        <w:br/>
        <w:t xml:space="preserve">        log.info("测试修改频道装修设置，返回值：{}", response);</w:t>
        <w:br/>
        <w:t xml:space="preserve">    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"dc7ae621ef8e4f4a8e4976833f1dbbd4.66.16309975070362179",</w:t>
        <w:br/>
        <w:t xml:space="preserve">    "data": {</w:t>
        <w:br/>
        <w:t xml:space="preserve">        "skin": "red",</w:t>
        <w:br/>
        <w:t xml:space="preserve">        "aloneWatchLayout": "normal",</w:t>
        <w:br/>
        <w:t xml:space="preserve">        "pptMobileWatchLayout": "normal",</w:t>
        <w:br/>
        <w:t xml:space="preserve">        "englishSettingEnabled": "Y",</w:t>
        <w:br/>
        <w:t xml:space="preserve">        "player": {</w:t>
        <w:br/>
        <w:t xml:space="preserve">            "watermarkEnabled": null,</w:t>
        <w:br/>
        <w:t xml:space="preserve">            "iconUrl": "//liveimages.videocc.net/uploaded/images/2021/09/g24vjlhywx.png",</w:t>
        <w:br/>
        <w:t xml:space="preserve">            "iconPosition": "br",</w:t>
        <w:br/>
        <w:t xml:space="preserve">            "logoOpacity": 1,</w:t>
        <w:br/>
        <w:t xml:space="preserve">            "iconLink": "",</w:t>
        <w:br/>
        <w:t xml:space="preserve">            "basePV": 6,</w:t>
        <w:br/>
        <w:t xml:space="preserve">            "actualPV": 21,</w:t>
        <w:br/>
        <w:t xml:space="preserve">            "warmUpEnabled": "Y",</w:t>
        <w:br/>
        <w:t xml:space="preserve">            "warmUpImageUrl": "http://liveimages.videocc.net/uploadimage/20210312/chat_img_1b448be323_16155164629438.jpeg",</w:t>
        <w:br/>
        <w:t xml:space="preserve">            "coverJumpUrl": "",</w:t>
        <w:br/>
        <w:t xml:space="preserve">            "backgroundUrl": ""</w:t>
        <w:br/>
        <w:t xml:space="preserve">        },</w:t>
        <w:br/>
        <w:t xml:space="preserve">        "desc": {</w:t>
        <w:br/>
        <w:t xml:space="preserve">            "coverImageUrl": "http://liveimages.videocc.net/uploadimage/20210312/chat_img_1b448be323_16155164629438.jpeg",</w:t>
        <w:br/>
        <w:t xml:space="preserve">            "iconUrl": "http://liveimages.videocc.net/assets/wimages/pc_images/logo.png",</w:t>
        <w:br/>
        <w:t xml:space="preserve">            "title": "polyv宣讲会",</w:t>
        <w:br/>
        <w:t xml:space="preserve">            "publisher": "polyv专用主持人"</w:t>
        <w:br/>
        <w:t xml:space="preserve">        },</w:t>
        <w:br/>
        <w:t xml:space="preserve">        "descEn": null,</w:t>
        <w:br/>
        <w:t xml:space="preserve">        "chat": {</w:t>
        <w:br/>
        <w:t xml:space="preserve">            "sendFlowersEnabled": "N",</w:t>
        <w:br/>
        <w:t xml:space="preserve">            "baseLikes": 800,</w:t>
        <w:br/>
        <w:t xml:space="preserve">            "withdrawEnabled": "N",</w:t>
        <w:br/>
        <w:t xml:space="preserve">            "redPackEnabled": "N",</w:t>
        <w:br/>
        <w:t xml:space="preserve">            "chatOnlineNumberEnable": "N",</w:t>
        <w:br/>
        <w:t xml:space="preserve">            "viewerSendImgEnabled": "N",</w:t>
        <w:br/>
        <w:t xml:space="preserve">            "welcomeEnabled": "N",</w:t>
        <w:br/>
        <w:t xml:space="preserve">            "emotionEnabled": "N"</w:t>
        <w:br/>
        <w:t xml:space="preserve">        },</w:t>
        <w:br/>
        <w:t xml:space="preserve">        "menus": [</w:t>
        <w:br/>
        <w:t xml:space="preserve">            {</w:t>
        <w:br/>
        <w:t xml:space="preserve">                "menuId": "1435122684833112066",</w:t>
        <w:br/>
        <w:t xml:space="preserve">                "name": "直播间描述",</w:t>
        <w:br/>
        <w:t xml:space="preserve">                "type": "desc",</w:t>
        <w:br/>
        <w:t xml:space="preserve">                "content": null</w:t>
        <w:br/>
        <w:t xml:space="preserve">            },</w:t>
        <w:br/>
        <w:t xml:space="preserve">            {</w:t>
        <w:br/>
        <w:t xml:space="preserve">                "menuId": "1435122684837306369",</w:t>
        <w:br/>
        <w:t xml:space="preserve">                "name": "聊天",</w:t>
        <w:br/>
        <w:t xml:space="preserve">                "type": "chat",</w:t>
        <w:br/>
        <w:t xml:space="preserve">                "content": null</w:t>
        <w:br/>
        <w:t xml:space="preserve">            }</w:t>
        <w:br/>
        <w:t xml:space="preserve">        ],</w:t>
        <w:br/>
        <w:t xml:space="preserve">        "enMenus": [</w:t>
        <w:br/>
        <w:t xml:space="preserve">            {</w:t>
        <w:br/>
        <w:t xml:space="preserve">                "menuId": "1435080554799091714",</w:t>
        <w:br/>
        <w:t xml:space="preserve">                "name": "desc",</w:t>
        <w:br/>
        <w:t xml:space="preserve">                "type": "desc",</w:t>
        <w:br/>
        <w:t xml:space="preserve">                "content": null</w:t>
        <w:br/>
        <w:t xml:space="preserve">            },</w:t>
        <w:br/>
        <w:t xml:space="preserve">            {</w:t>
        <w:br/>
        <w:t xml:space="preserve">                "menuId": "1435132950782222337",</w:t>
        <w:br/>
        <w:t xml:space="preserve">                "name": "talk",</w:t>
        <w:br/>
        <w:t xml:space="preserve">                "type": "chat",</w:t>
        <w:br/>
        <w:t xml:space="preserve">                "content": null</w:t>
        <w:br/>
        <w:t xml:space="preserve">            }</w:t>
        <w:br/>
        <w:t xml:space="preserve">        ],</w:t>
        <w:br/>
        <w:t xml:space="preserve">        "splash": {</w:t>
        <w:br/>
        <w:t xml:space="preserve">            "splashImageUrl": ""</w:t>
        <w:br/>
        <w:t xml:space="preserve">        },</w:t>
        <w:br/>
        <w:t xml:space="preserve">        "splashEnabled": "Y"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"d310b70bc329403f87f77f9203d50f89.128.16360828899123425",</w:t>
        <w:br/>
        <w:t xml:space="preserve">    "error": {</w:t>
        <w:br/>
        <w:t xml:space="preserve">        "code": 30004,</w:t>
        <w:br/>
        <w:t xml:space="preserve">        "desc": "找不到频道"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查询频道页面装修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