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创建MR频道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1、创建MR频道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http://api.polyv.net/live/v4/channel/mr/create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开始时间，13位毫秒级时间戳【注：仅做直播前倒计时显示，不对讲师开播操作产生影响】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MR控制台密码，长度6-16位，必须同时包含字母和数字，不传则由系统随机生成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MR直播助理角色密码，长度6-16位，必须同时包含字母和数字，不传则由系统随机生成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上传频道所有装修图片素材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子帐号邮箱，提交后，该频道帐号在后台拥有的权限会跟随该子帐号的频道权限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http://api.polyv.net/live/v4/channel/mr/create?appId=frlr1zazn3&amp;sign=ECFC0A76E357F3EF2D1110BEB92C1045&amp;timestamp=1659063884736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"name": "MR直播测试频道",</w:t>
        <w:br/>
        <w:t xml:space="preserve">    "startTime": "1779254040000",</w:t>
        <w:br/>
        <w:t xml:space="preserve">    "splashImg": "https://liveimages.videocc.net/uploaded/images/2021/09/g2bta2pjbw.jpg"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MR直播-控制台登录密码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MR直播-直播助理账号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MR直播-直播助理登录密码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创建MR频道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testCreateMrChannel()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"http://api.polyv.net/live/v4/channel/mr/create";</w:t>
        <w:br/>
        <w:br/>
        <w:t xml:space="preserve">    String name = "MR直播接口测试";</w:t>
        <w:br/>
        <w:t xml:space="preserve">    String categoryId = "391352";</w:t>
        <w:br/>
        <w:t xml:space="preserve">    Long startTime = new Date().getTime() + 30 * 60 * 1000l;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String&gt; bodyMap = new HashMap&lt;&gt;();</w:t>
        <w:br/>
        <w:t xml:space="preserve">    bodyMap.put("name", name);</w:t>
        <w:br/>
        <w:t xml:space="preserve">    bodyMap.put("categoryId", categoryId);</w:t>
        <w:br/>
        <w:t xml:space="preserve">    bodyMap.put("startTime", String.valueOf(startTime));</w:t>
        <w:br/>
        <w:t xml:space="preserve">    requestMap.put("sign", LiveSignUtil.getSign(requestMap, appSecret));</w:t>
        <w:br/>
        <w:t xml:space="preserve">    String body = JSON.toJSONString(bodyMap);</w:t>
        <w:br/>
        <w:br/>
        <w:t xml:space="preserve">    url = HttpUtil.appendUrl(url, requestMap);</w:t>
        <w:br/>
        <w:t xml:space="preserve">    String response = HttpUtil.postJsonBody(url, body, null);</w:t>
        <w:br/>
        <w:br/>
        <w:t xml:space="preserve">    log.info("测试创建MR频道成功：{}",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成功示例（测试示例频道号已隐藏）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"ddf972812a804e0ba9122fd721274592.69.16590638894645319",</w:t>
        <w:br/>
        <w:t xml:space="preserve">    "data": {</w:t>
        <w:br/>
        <w:t xml:space="preserve">        "channelId": ******,</w:t>
        <w:br/>
        <w:t xml:space="preserve">        "name": "MR直播接口测试",</w:t>
        <w:br/>
        <w:t xml:space="preserve">        "userId": "1b448be323",</w:t>
        <w:br/>
        <w:t xml:space="preserve">        "channelPasswd": "9cNkSc",</w:t>
        <w:br/>
        <w:t xml:space="preserve">        "assistantAccount": "0013265559",</w:t>
        <w:br/>
        <w:t xml:space="preserve">        "assistantPasswd": "38kYPY"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"4081dbac03e6441e8bdd301d8feee5a2.124.16360831818611581",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创建MR频道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