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创建频道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旧版接口地址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创建单个频道(旧版)</w:t>
      </w:r>
    </w:p>
    <w:p>
      <w:pPr>
        <w:pStyle w:val="Heading2"/>
      </w:pPr>
      <w:r>
        <w:t>旧版接口升级新版注意事项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1、旧版接口创建频道时，能直接设置频道基本信息、观看条件、回放设置、讲师设置、角色设置；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2、新版接口创建频道时，只能设置频道基本信息，观看条件、回放设置、讲师设置、角色设置来源于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默认模板</w:t>
      </w:r>
      <w:r>
        <w:rPr>
          <w:rFonts w:ascii="Source Han Sans SC" w:hAnsi="Source Han Sans SC" w:eastAsia="Source Han Sans SC" w:cs="Source Han Sans SC" w:hint="eastAsia"/>
          <w:sz w:val="20"/>
        </w:rPr>
        <w:t>设置，在创建频道前需设置好默认模板；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3、默认模板的修改不会对已创建的频道产生影响，已创建频道信息的修改与旧版接口一致；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4、旧版接口直播场景（scene）对应本接口直播模板（template），由于旧版接口无场景（newScene字段）概念，旧版升级新版后，使用旧版接口创建的频道，在新版直播后台的场景会显示未定义，对数据无影响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1、根据直播默认模板创建频道</w:t>
        <w:br/>
        <w:t>2、（timestamp,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http://api.polyv.net/live/v4/channel/create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2、直播场景为双师课、研讨会时，不支持转播类型设置；直播延迟为无延迟时，不支持转播类型设置；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3、直播场景为研讨会时，不支持直播延迟、转播、连麦人数设置；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4、研讨会场景下主持人密码和参会人密码不能相同；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直播名称，最大长度100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newScene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直播场景 topclass（大班课）  double（双师课，该场景需开通）  train（企业培训）  alone（活动营销）  seminar（研讨会）guide（导播，该场景需开通）smallclass（小班课）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smallClassSizeLimit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小班课班型，可选值：1，6，12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isRecord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小班课录制开关（Y/N，默认值：N）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newSessionEnabled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系列直播开关，Y：系列直播，N：普通直播。默认值：N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template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直播模板 ppt（三分屏-横屏）  portrait_ppt（三分屏-竖屏）  alone（纯视频-横屏） portrait_alone（纯视频-竖屏） topclass（纯视频极速-横屏） portrait_topclass（纯视频极速-竖屏）  seminar（研讨会）字段约束： 直播场景（newScene字段）为 topclass（大班课）时，字段支持ppt（三分屏-横屏）、portrait_ppt（三分屏-竖屏）、alone（纯视频-横屏）、portrait_alone（纯视频-竖屏）、topclass（纯视频极速-横屏）、portrait_topclass（纯视频极速-竖屏）直播场景（newScene字段）为 train（企业培训）或 alone（活动营销）时，该字段支持ppt（三分屏-横屏）、portrait_ppt（三分屏-竖屏）、alone（纯视频-横屏）、portrait_alone（纯视频-竖屏）直播场景（newScene字段）为 double（双师课）时，该字段支持ppt（三分屏-横屏）、alone（纯视频-横屏）直播场景（newScene字段）为 seminar（研讨会）时，该字段支持seminar（研讨会）直播场景（newScene字段）为 guide（导播）时，该字段支持alone（纯视频-横屏）、portrait_alone（纯视频-竖屏）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讲师登录密码，直播场景不是研讨会时有效，长度6-16位，不传则由系统随机生成。（接口允许设置纯数字或纯字母，若需要在直播后台编辑，建议同时包含数字和字母）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seminarHostPassword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研讨会主持人密码，仅直播场景是研讨会时有效，长度6-16位，不传则由系统随机生成。研讨会主持人密码和参会人密码不能相同。（接口允许设置纯数字或纯字母，若需要在直播后台编辑，建议同时包含数字和字母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seminarAttendeePassword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研讨会参会人密码，仅直播场景是研讨会时有效，长度6-16位，不传则由系统随机生成。研讨会主持人密码和参会人密码不能相同。 （接口允许设置纯数字或纯字母，若需要在直播后台编辑，建议同时包含数字和字母）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pureRtcEnabled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直播延迟 Y无延时 N普通延迟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转播类型 normal不开启、transmit发起转播、receive接收转播（该功能需要开通），部分直播场景不支持转播设置，具体请阅读接口约束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doubleTeacherType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线上双师 transmit大房间、receive小房间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cnAndEnLiveEnabled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中英双语直播开关 Y开、N关。设置Y时，仅在newScene为train/alone，template为alone，pureRtcEnabled为N时生效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引导页图片地址，非保利威域名下的图片需先调用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上传频道所有装修图片素材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linkMicLimit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连麦人数限制，最多16人。为0表示关闭连麦。该值为空时，则默认使用账号的最大连麦人数（可联系商务修改）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分类ID，可通过“查询直播分类”接口获取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开始时间，时间戳，如：1629734400000【注：仅做直播前倒计时显示，不对讲师开播操作产生影响】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结束时间，时间戳，如：1629845600000【注：仅做未开播时直播状态判断显示，不对讲师开播操作产生影响】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subAccount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子账号邮箱，填写时频道会创建在该子账号下（子账号不能被删除或者禁用），暂无法通过接口获取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customTeacherId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自定义讲师ID，32个以内ASCII码可见字符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labelData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标签id数组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clientAloneTemplateBackgroundUrl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客户端模版背景图URL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liveCdnBackgroundUrl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视频混流背景图URL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h5LowLatencyFlvEnabled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手机H5观看页低延迟开关，Y表示开启，N表示关闭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http://api.polyv.net/live/v4/channel/create?appId=frlr1zazn3&amp;sign=E3F501CFEF5FCCF2DF9BFDCE9C91F48C&amp;timestamp=1629445373947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"template": "ppt",</w:t>
        <w:br/>
        <w:t xml:space="preserve">    "doubleTeacherType": "normal",</w:t>
        <w:br/>
        <w:t xml:space="preserve">    "name": "polyv小课堂",</w:t>
        <w:br/>
        <w:t xml:space="preserve">    "startTime": "1779254040000",</w:t>
        <w:br/>
        <w:t xml:space="preserve">    "newScene": "topclass",</w:t>
        <w:br/>
        <w:t xml:space="preserve">    "newSessionEnabled": "Y",</w:t>
        <w:br/>
        <w:t xml:space="preserve">    "type": "normal",</w:t>
        <w:br/>
        <w:t xml:space="preserve">    "pureRtcEnabled": "Y",</w:t>
        <w:br/>
        <w:t xml:space="preserve">    "linkMicLimit": "6",</w:t>
        <w:br/>
        <w:t xml:space="preserve">    "labelData":[]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频道响应对象【详见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讲师登录密码，直播场景不是研讨会时不为null，长度6-16位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seminarHostPassword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研讨会主持人密码，仅直播场景是研讨会时不为null，长度6-16位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seminarAttendeePassword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研讨会参会人密码，仅直播场景是研讨会时不为null，长度6-16位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/**</w:t>
        <w:br/>
        <w:t xml:space="preserve">     * 创建单个频道</w:t>
        <w:br/>
        <w:t xml:space="preserve">     * @throws IOException</w:t>
        <w:br/>
        <w:t xml:space="preserve">     * @throws NoSuchAlgorithmException</w:t>
        <w:br/>
        <w:t xml:space="preserve">     */</w:t>
        <w:br/>
        <w:t xml:space="preserve">    @Test</w:t>
        <w:br/>
        <w:t xml:space="preserve">    public void testBasicCreateV4() throws IOException, NoSuchAlgorithmException {</w:t>
        <w:br/>
        <w:t xml:space="preserve">        //公共参数,填写自己的实际</w:t>
        <w:br/>
        <w:t xml:space="preserve">        String appId = super.appId;</w:t>
        <w:br/>
        <w:t xml:space="preserve">        String appSecret = super.appSecret;</w:t>
        <w:br/>
        <w:t xml:space="preserve">        String userId = super.userId;</w:t>
        <w:br/>
        <w:t xml:space="preserve">        String timestamp = String.valueOf(System.currentTimeMillis());</w:t>
        <w:br/>
        <w:t xml:space="preserve">        //业务参数</w:t>
        <w:br/>
        <w:t xml:space="preserve">        String url = "http://api.polyv.net/live/v4/channel/create";</w:t>
        <w:br/>
        <w:br/>
        <w:t xml:space="preserve">        String name = "polyv小课堂";</w:t>
        <w:br/>
        <w:t xml:space="preserve">        String newScene = "topclass";</w:t>
        <w:br/>
        <w:t xml:space="preserve">        String template = "ppt";</w:t>
        <w:br/>
        <w:t xml:space="preserve">        String pureRtcEnabled = "Y";</w:t>
        <w:br/>
        <w:t xml:space="preserve">        String type = "normal";</w:t>
        <w:br/>
        <w:t xml:space="preserve">        String doubleTeacherType = "normal";</w:t>
        <w:br/>
        <w:t xml:space="preserve">        String cnAndEnLiveEnabled = "N";</w:t>
        <w:br/>
        <w:t xml:space="preserve">        String linkMicLimit = "5";</w:t>
        <w:br/>
        <w:t xml:space="preserve">        String categoryId = "";</w:t>
        <w:br/>
        <w:t xml:space="preserve">        Long startTime = new Date().getTime() + 30 * 60 * 1000l;</w:t>
        <w:br/>
        <w:br/>
        <w:t xml:space="preserve">        //http 调用逻辑</w:t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br/>
        <w:t xml:space="preserve">        Map&lt;String, String&gt; bodyMap = new HashMap&lt;&gt;();</w:t>
        <w:br/>
        <w:t xml:space="preserve">        bodyMap.put("name", name);</w:t>
        <w:br/>
        <w:t xml:space="preserve">        bodyMap.put("newScene", newScene);</w:t>
        <w:br/>
        <w:t xml:space="preserve">        bodyMap.put("template", template);</w:t>
        <w:br/>
        <w:t xml:space="preserve">        bodyMap.put("pureRtcEnabled", pureRtcEnabled);</w:t>
        <w:br/>
        <w:t xml:space="preserve">        bodyMap.put("type", type);</w:t>
        <w:br/>
        <w:t xml:space="preserve">        bodyMap.put("doubleTeacherType", doubleTeacherType);</w:t>
        <w:br/>
        <w:t xml:space="preserve">        bodyMap.put("cnAndEnLiveEnabled", cnAndEnLiveEnabled);</w:t>
        <w:br/>
        <w:t xml:space="preserve">        bodyMap.put("linkMicLimit", linkMicLimit);</w:t>
        <w:br/>
        <w:t>//      bodyMap.put("categoryId", categoryId);</w:t>
        <w:br/>
        <w:t xml:space="preserve">        bodyMap.put("channelPasswd", "Y2KRyUauSITWv");</w:t>
        <w:br/>
        <w:t>//      bodyMap.put("seminarHostPassword", "lLnAtoeNfAID3");</w:t>
        <w:br/>
        <w:t>//      bodyMap.put("seminarAttendeePassword", "cpoonjki9CRBh");</w:t>
        <w:br/>
        <w:t xml:space="preserve">        bodyMap.put("startTime", String.valueOf(startTime));</w:t>
        <w:br/>
        <w:br/>
        <w:t xml:space="preserve">        requestMap.put("sign", LiveSignUtil.getSign(requestMap, appSecret));</w:t>
        <w:br/>
        <w:br/>
        <w:t xml:space="preserve">        String body = JSON.toJSONString(bodyMap);</w:t>
        <w:br/>
        <w:t xml:space="preserve">        url = HttpUtil.appendUrl(url, requestMap);</w:t>
        <w:br/>
        <w:t xml:space="preserve">        String response = HttpUtil.postJsonBody(url,body,null);</w:t>
        <w:br/>
        <w:br/>
        <w:t xml:space="preserve">        log.info("测试创建单个频道，返回值：{}", response);</w:t>
        <w:br/>
        <w:t xml:space="preserve">        //do somethings</w:t>
        <w:br/>
        <w:br/>
        <w:t xml:space="preserve">        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"847f0716fa76461baf8979aaa4415dc3.67.16342672396023837",</w:t>
        <w:br/>
        <w:t xml:space="preserve">    "data": {</w:t>
        <w:br/>
        <w:t xml:space="preserve">        "channelId": 2614804,</w:t>
        <w:br/>
        <w:t xml:space="preserve">        "userId": "1b448be323",</w:t>
        <w:br/>
        <w:t xml:space="preserve">        "scene": null,</w:t>
        <w:br/>
        <w:t xml:space="preserve">        "channelPasswd": "jvO3RbFTKE61A",</w:t>
        <w:br/>
        <w:t xml:space="preserve">        "seminarHostPassword": null,</w:t>
        <w:br/>
        <w:t xml:space="preserve">        "seminarAttendeePassword": null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"4081dbac03e6441e8bdd301d8feee5a2.124.16360831818611581",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创建频道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