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修改频道优惠券开关状态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1、修改频道优惠券开关状态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https://api.polyv.net/live/v4/channel/coupon/update-enabled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开关状态：Y-开启，N-关闭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https://api.polyv.net/live/v4/channel/coupon/update-enabled?appId=frlr1zazn3&amp;sign=012332FBD8DBCFC068AFCB484A2ADECB&amp;timestamp=1670550787318&amp;channelId=4854808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"enabled": "Y"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成功时通常为空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"requestId": "f9a9577b-cf74-4bf4-96e9-067ea23f1685",</w:t>
        <w:br/>
        <w:t xml:space="preserve">  "data": null,</w:t>
        <w:br/>
        <w:t xml:space="preserve">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"requestId": "d310b70bc329403f87f77f9203d50f89.128.16360831552223589",</w:t>
        <w:br/>
        <w:t xml:space="preserve">  "error": {</w:t>
        <w:br/>
        <w:t xml:space="preserve">    "code": 10003,</w:t>
        <w:br/>
        <w:t xml:space="preserve">    "desc": "时间戳过期"</w:t>
        <w:br/>
        <w:t xml:space="preserve">  },</w:t>
        <w:br/>
        <w:t xml:space="preserve">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修改频道优惠券开关状态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