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查询频道优惠券列表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1、查询频道优惠券列表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优惠券名称（支持模糊搜索）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https://api.polyv.net/live/v4/channel/coupon/list?appId=frlr1zazn3&amp;sign=012332FBD8DBCFC068AFCB484A2ADECB&amp;timestamp=1670550787318&amp;channelId=4854808&amp;pageNumber=1&amp;pageSize=10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扩展字段（可能为空）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状态：NOT_START-未开始、GOING-进行中、FINISHED-已结束、INVALID-已失效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领券开始时间，13位毫秒级时间戳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领券结束时间，13位毫秒级时间戳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优惠券规则【详见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Rule字段说明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用券时间类型：RANGE-时间范围，DAY-天数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dayOfUse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领取后多少天内可用（useTimeType=DAY 时返回）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剩余可领取数量</w:t>
            </w:r>
          </w:p>
        </w:tc>
      </w:tr>
    </w:tbl>
    <w:p>
      <w:pPr>
        <w:spacing w:after="40"/>
      </w:pPr>
    </w:p>
    <w:p>
      <w:pPr>
        <w:pStyle w:val="Heading2"/>
      </w:pPr>
      <w:r>
        <w:t>Rule字段说明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优惠券使用条件：UNCONDITIONAL-无门槛、FULL_REDUCE-满减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unconditional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Unconditional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无门槛规则【详见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Unconditional字段说明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fullReduce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FullReduce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满减规则【详见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FullReduce字段说明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limitPerPerson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每人限领数量，-1 表示不限制</w:t>
            </w:r>
          </w:p>
        </w:tc>
      </w:tr>
    </w:tbl>
    <w:p>
      <w:pPr>
        <w:spacing w:after="40"/>
      </w:pPr>
    </w:p>
    <w:p>
      <w:pPr>
        <w:pStyle w:val="Heading2"/>
      </w:pPr>
      <w:r>
        <w:t>Unconditional字段说明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单位：MONEY-元、DISCOUNT-折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数值</w:t>
            </w:r>
          </w:p>
        </w:tc>
      </w:tr>
    </w:tbl>
    <w:p>
      <w:pPr>
        <w:spacing w:after="40"/>
      </w:pPr>
    </w:p>
    <w:p>
      <w:pPr>
        <w:pStyle w:val="Heading2"/>
      </w:pPr>
      <w:r>
        <w:t>FullReduce字段说明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单位：MONEY-元、DISCOUNT-折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满多少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reduce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减多少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"46c21cc2-d4da-4fe8-ae34-118c36ce99f6",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2,</w:t>
        <w:br/>
        <w:t xml:space="preserve">    "contents": [</w:t>
        <w:br/>
        <w:t xml:space="preserve">      {</w:t>
        <w:br/>
        <w:t xml:space="preserve">        "couponId": "6wa8ckpjzfr1ok37j7zvhwgc3jj0wabc",</w:t>
        <w:br/>
        <w:t xml:space="preserve">        "name": "优惠券1",</w:t>
        <w:br/>
        <w:t xml:space="preserve">        "status": "NOT_START",</w:t>
        <w:br/>
        <w:t xml:space="preserve">        "receiveStartTime": 1767110400000,</w:t>
        <w:br/>
        <w:t xml:space="preserve">        "receiveEndTime": 1769788800000,</w:t>
        <w:br/>
        <w:t xml:space="preserve">        "sort": 1,</w:t>
        <w:br/>
        <w:t xml:space="preserve">        "rule": {</w:t>
        <w:br/>
        <w:t xml:space="preserve">          "condition": "UNCONDITIONAL",</w:t>
        <w:br/>
        <w:t xml:space="preserve">          "unconditional": {</w:t>
        <w:br/>
        <w:t xml:space="preserve">            "enable": true,</w:t>
        <w:br/>
        <w:t xml:space="preserve">            "unit": "MONEY",</w:t>
        <w:br/>
        <w:t xml:space="preserve">            "value": 2.0</w:t>
        <w:br/>
        <w:t xml:space="preserve">          },</w:t>
        <w:br/>
        <w:t xml:space="preserve">          "fullReduce": {</w:t>
        <w:br/>
        <w:t xml:space="preserve">            "enable": false,</w:t>
        <w:br/>
        <w:t xml:space="preserve">            "unit": "MONEY",</w:t>
        <w:br/>
        <w:t xml:space="preserve">            "full": 0.0,</w:t>
        <w:br/>
        <w:t xml:space="preserve">            "reduce": 0.0</w:t>
        <w:br/>
        <w:t xml:space="preserve">          },</w:t>
        <w:br/>
        <w:t xml:space="preserve">          "limitPerPerson": -1</w:t>
        <w:br/>
        <w:t xml:space="preserve">        },</w:t>
        <w:br/>
        <w:t xml:space="preserve">        "useTimeType": "DAY",</w:t>
        <w:br/>
        <w:t xml:space="preserve">        "dayOfUse": 30,</w:t>
        <w:br/>
        <w:t xml:space="preserve">        "remainAmount": 100</w:t>
        <w:br/>
        <w:t xml:space="preserve">      },</w:t>
        <w:br/>
        <w:t xml:space="preserve">      {</w:t>
        <w:br/>
        <w:t xml:space="preserve">        "couponId": "6prxllnkjqcdrcamqey7htk8hnieqabc",</w:t>
        <w:br/>
        <w:t xml:space="preserve">        "name": "优惠券2",</w:t>
        <w:br/>
        <w:t xml:space="preserve">        "status": "GOING",</w:t>
        <w:br/>
        <w:t xml:space="preserve">        "receiveStartTime": 1766654100000,</w:t>
        <w:br/>
        <w:t xml:space="preserve">        "receiveEndTime": 1769788800000,</w:t>
        <w:br/>
        <w:t xml:space="preserve">        "sort": 2,</w:t>
        <w:br/>
        <w:t xml:space="preserve">        "rule": {</w:t>
        <w:br/>
        <w:t xml:space="preserve">          "condition": "UNCONDITIONAL",</w:t>
        <w:br/>
        <w:t xml:space="preserve">          "unconditional": {</w:t>
        <w:br/>
        <w:t xml:space="preserve">            "enable": true,</w:t>
        <w:br/>
        <w:t xml:space="preserve">            "unit": "MONEY",</w:t>
        <w:br/>
        <w:t xml:space="preserve">            "value": 2.0</w:t>
        <w:br/>
        <w:t xml:space="preserve">          },</w:t>
        <w:br/>
        <w:t xml:space="preserve">          "fullReduce": {</w:t>
        <w:br/>
        <w:t xml:space="preserve">            "enable": false,</w:t>
        <w:br/>
        <w:t xml:space="preserve">            "unit": "MONEY",</w:t>
        <w:br/>
        <w:t xml:space="preserve">            "full": 0.0,</w:t>
        <w:br/>
        <w:t xml:space="preserve">            "reduce": 0.0</w:t>
        <w:br/>
        <w:t xml:space="preserve">          },</w:t>
        <w:br/>
        <w:t xml:space="preserve">          "limitPerPerson": -1</w:t>
        <w:br/>
        <w:t xml:space="preserve">        },</w:t>
        <w:br/>
        <w:t xml:space="preserve">        "useTimeType": "DAY",</w:t>
        <w:br/>
        <w:t xml:space="preserve">        "dayOfUse": 30,</w:t>
        <w:br/>
        <w:t xml:space="preserve">        "remainAmount": 100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"d310b70bc329403f87f77f9203d50f89.128.16360831552223589",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查询频道优惠券列表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