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查询频道优惠券开关状态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1、查询频道优惠券开关状态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https://api.polyv.net/live/v4/channel/coupon/get-enabled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https://api.polyv.net/live/v4/channel/coupon/get-enabled?appId=frlr1zazn3&amp;sign=012332FBD8DBCFC068AFCB484A2ADECB&amp;timestamp=1670550787318&amp;channelId=4854808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优惠券开关状态：Y-开启，N-关闭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"46c21cc2-d4da-4fe8-ae34-118c36ce99f6",</w:t>
        <w:br/>
        <w:t xml:space="preserve">  "data": "N",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查询频道优惠券开关状态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