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删除频道优惠券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1、批量删除频道优惠券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https://api.polyv.net/live/v4/channel/coupon/delete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couponIds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优惠券ID列表，数量范围1-30。如果包含无效的优惠券，会忽略，仅处理正确的优惠券ID。但如果全部优惠券ID都无效，则会返回失败提示。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https://api.polyv.net/live/v4/channel/coupon/delete?appId=frlr1zazn3&amp;sign=012332FBD8DBCFC068AFCB484A2ADECB&amp;timestamp=1670550787318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"channelId": "123456",</w:t>
        <w:br/>
        <w:t xml:space="preserve">  "couponIds": [</w:t>
        <w:br/>
        <w:t xml:space="preserve">    "caqfi6rqutunvofor5jrqbinswh14p2g"</w:t>
        <w:br/>
        <w:t xml:space="preserve">  ]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成功返回true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"requestId": "e9b31c09-0427-4e3e-a1b7-8fd1e00fb40f",</w:t>
        <w:br/>
        <w:t xml:space="preserve">  "data": true,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"requestId": "d310b70bc329403f87f77f9203d50f89.128.16360831552223589",</w:t>
        <w:br/>
        <w:t xml:space="preserve">  "error": {</w:t>
        <w:br/>
        <w:t xml:space="preserve">    "code": 10003,</w:t>
        <w:br/>
        <w:t xml:space="preserve">    "desc": "时间戳过期"</w:t>
        <w:br/>
        <w:t xml:space="preserve">  },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删除频道优惠券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