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新增频道优惠券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1、将平台优惠券添加到频道中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优惠券ID列表，数量范围1-30。如果包含无效、已添加过的优惠券，会忽略，仅处理正确的优惠券ID。但如果全部优惠券ID都无效，则会返回失败提示。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https://api.polyv.net/live/v4/channel/coupon/create?appId=frlr1zazn3&amp;sign=012332FBD8DBCFC068AFCB484A2ADECB&amp;timestamp=1670550787318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"123456",</w:t>
        <w:br/>
        <w:t xml:space="preserve">  "couponIds": [</w:t>
        <w:br/>
        <w:t xml:space="preserve">    "caqfi6rqutunvofor5jrqbinswh14p2g",</w:t>
        <w:br/>
        <w:t xml:space="preserve">    "cbbfi6rqutunvofor5jrqbinswh14p2h"</w:t>
        <w:br/>
        <w:t xml:space="preserve">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"f9a9577b-cf74-4bf4-96e9-067ea23f1685",</w:t>
        <w:br/>
        <w:t xml:space="preserve">  "data":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新增频道优惠券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