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设置预约/提醒开关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1、设置频道的预约/提醒开关，包括短信提醒、微信提醒（微信预约）、自定义提醒开关，以及显示预约人数开关等</w:t>
        <w:br/>
        <w:br/>
        <w:t>2、局部更新：仅传入的字段会被修改，其余字段保持原值</w:t>
        <w:br/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http://api.polyv.net/live/v4/channel/booking/setting/update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2、本接口为局部更新，仅传入的字段会被修改，未传入的字段保持原值。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bookingEnabled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微信提醒（微信预约）开关Y：开启N：关闭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smsRemindEnabled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短信提醒开关Y：开启N：关闭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smsRemindSendTimePoint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短信提醒发送时间点，默认livingliving：直播时提醒5m：开播前5分钟15m：开播前15分钟30m：开播前30分钟60m：开播前60分钟1d：开播前1天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bookingTips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预约提示文案，最长60个字符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displayBookingNumberEnabled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显示预约人数开关Y：显示N：隐藏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customBookingEnabled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自定义提醒开关Y：开启N：关闭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customBookingCallbackUrl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自定义提醒回调地址，最长250个字符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http://api.polyv.net/live/v4/channel/booking/setting/update?channelId=${channelId}&amp;bookingEnabled=Y&amp;smsRemindEnabled=Y&amp;smsRemindSendTimePoint=living&amp;appId=${your_appId}&amp;timestamp=${timestamp}&amp;sign=${your_sign}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无返回数据，固定为 null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设置预约/提醒开关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updateBookingSettingTest()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"http://api.polyv.net/live/v4/channel/booking/setting/update";</w:t>
        <w:br/>
        <w:t xml:space="preserve">    String channelId = "2191532";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requestMap.put("bookingEnabled", "Y");</w:t>
        <w:br/>
        <w:t xml:space="preserve">    requestMap.put("smsRemindEnabled", "Y");</w:t>
        <w:br/>
        <w:t xml:space="preserve">    requestMap.put("smsRemindSendTimePoint", "living");</w:t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HttpUtil.postFormBody(url, null);</w:t>
        <w:br/>
        <w:br/>
        <w:t xml:space="preserve">    log.info("测试设置预约/提醒开关成功：{}",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"4c9fe1757834435a84e7a4086fa60300.67.16560360397655577",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设置预约/提醒开关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