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查询预约/提醒开关设置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1、查询频道的预约/提醒开关设置，包括短信提醒、微信提醒（微信预约）、自定义提醒开关，以及显示预约人数开关等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http://api.polyv.net/live/v4/channel/booking/setting/get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http://api.polyv.net/live/v4/channel/booking/setting/get?channelId=${channelId}&amp;appId=${your_appId}&amp;timestamp=${timestamp}&amp;sign=${your_sign}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预约/提醒开关设置【详见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smsRemindEnabled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短信提醒开关Y：开启N：关闭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smsRemindSendTimePoint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短信提醒发送时间点living：直播时提醒5m：开播前5分钟15m：开播前15分钟30m：开播前30分钟60m：开播前60分钟1d：开播前1天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微信提醒（微信预约）开关Y：开启N：关闭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预约提示文案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displayBookingNumberEnabled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显示预约人数开关Y：显示N：隐藏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customBookingEnabled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自定义提醒开关，默认NY：开启N：关闭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customBookingCallbackUrl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自定义提醒回调地址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otherChannelIds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预约的其他频道ID列表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查询预约/提醒开关设置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getBookingSettingTest()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"http://api.polyv.net/live/v4/channel/booking/setting/get";</w:t>
        <w:br/>
        <w:t xml:space="preserve">    String channelId = "2191532";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log.info("测试查询预约/提醒开关设置成功：{}",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"4c9fe1757834435a84e7a4086fa60300.67.16560360397655577",</w:t>
        <w:br/>
        <w:t xml:space="preserve">    "data": {</w:t>
        <w:br/>
        <w:t xml:space="preserve">        "channelId": 2191532,</w:t>
        <w:br/>
        <w:t xml:space="preserve">        "smsRemindEnabled": "Y",</w:t>
        <w:br/>
        <w:t xml:space="preserve">        "smsRemindSendTimePoint": "living",</w:t>
        <w:br/>
        <w:t xml:space="preserve">        "bookingEnabled": "Y",</w:t>
        <w:br/>
        <w:t xml:space="preserve">        "bookingTips": "立即预约，开播提醒不错过",</w:t>
        <w:br/>
        <w:t xml:space="preserve">        "displayBookingNumberEnabled": "Y",</w:t>
        <w:br/>
        <w:t xml:space="preserve">        "customBookingEnabled": "N",</w:t>
        <w:br/>
        <w:t xml:space="preserve">        "customBookingCallbackUrl": "",</w:t>
        <w:br/>
        <w:t xml:space="preserve">        "otherChannelIds": []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查询预约/提醒开关设置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