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查询预约统计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1、查询频道的预约统计数据，包括预约总人数、真实预约人数、虚拟预约人数</w:t>
        <w:br/>
        <w:br/>
        <w:t>2、统计结果按频道缓存1分钟</w:t>
        <w:br/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http://api.polyv.net/live/v4/channel/booking/stats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2、统计结果按频道缓存1分钟，1分钟内重复查询返回的可能为缓存数据。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http://api.polyv.net/live/v4/channel/booking/stats?channelId=${channelId}&amp;appId=${your_appId}&amp;timestamp=${timestamp}&amp;sign=${your_sign}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预约总人数（真实预约人数 + 虚拟预约人数）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真实预约人数（不含虚拟预约人数）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virtualCount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虚拟预约人数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查询预约统计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bookingStatsTest()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"http://api.polyv.net/live/v4/channel/booking/stats";</w:t>
        <w:br/>
        <w:t xml:space="preserve">    String channelId = "2191532";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log.info("测试查询预约统计成功：{}",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"4c9fe1757834435a84e7a4086fa60300.67.16560360397655577",</w:t>
        <w:br/>
        <w:t xml:space="preserve">    "data": {</w:t>
        <w:br/>
        <w:t xml:space="preserve">        "total": 1280,</w:t>
        <w:br/>
        <w:t xml:space="preserve">        "realCount": 280,</w:t>
        <w:br/>
        <w:t xml:space="preserve">        "virtualCount": 1000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查询预约统计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