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创建并初始化频道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创建单个频道(旧版)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1、根据请求参数与默认模板创建频道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http://api.polyv.net/live/v4/channel/create-init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2、直播场景为双师课、研讨会时，不支持转播类型设置；直播延迟为无延迟时，不支持转播类型设置；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3、直播场景为研讨会时，不支持直播延迟、转播、连麦人数设置；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4、研讨会场景下主持人密码和参会人密码不能相同；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masterAuthSetting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masterAuthSetting字段说明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】不传该字段，将按照默认模板设值。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playbackSetting字段说明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】不传该字段，将按照默认模板设值。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角色设置，包括讲师、助教、嘉宾。不传该字段，将按照默认模板设置角色信息。传入该字段，不设置讲师，将按照默认模板设置讲师信息。传入该字段，不设置助教、嘉宾将不创建。最多设置10个角色【详见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roles字段说明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topclass（大班课）  double（双师课，该场景需开通）  train（企业培训）  alone（活动营销）  seminar（研讨会）  smallclass（小班课）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ppt（三分屏-横屏）  portrait_ppt（三分屏-竖屏）  alone（纯视频-横屏） portrait_alone（纯视频-竖屏） topclass（纯视频极速-横屏） portrait_topclass（纯视频极速-竖屏）  seminar（研讨会）字段约束： 直播场景（newScene字段）为 topclass（大班课）时，字段支持ppt（三分屏-横屏）、portrait_ppt（三分屏-竖屏）、alone（纯视频-横屏）、portrait_alone（纯视频-竖屏）、topclass（纯视频极速-横屏）、portrait_topclass（纯视频极速-竖屏）直播场景（newScene字段）为 train（企业培训）或 alone（活动营销）时，该字段支持ppt（三分屏-横屏）、portrait_ppt（三分屏-竖屏）、alone（纯视频-横屏）、portrait_alone（纯视频-竖屏）直播场景（newScene字段）为 double（双师课）时，该字段支持ppt（三分屏-横屏）、alone（纯视频-横屏）直播场景（newScene字段）为 seminar（研讨会）时，该字段支持seminar（研讨会）直播场景（newScene字段）为 guide（导播）时，该字段支持alone（纯视频-横屏）、portrait_alone（纯视频-竖屏）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 client: 普通直播（默认值）disk: 伪直播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讲师登录密码，直播场景不是研讨会时有效，长度6-16位，必须同时包含字母和数字，不传则由系统随机生成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研讨会主持人密码，仅直播场景是研讨会时有效，长度6-16位，必须同时包含字母和数字，不传则由系统随机生成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研讨会参会人密码，仅直播场景是研讨会时有效，长度6-16位，必须同时包含字母和数字，不传则由系统随机生成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直播开始时间，13位毫秒级时间戳【注：仅做直播前倒计时显示，不对讲师开播操作产生影响】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结束时间，时间戳，如：1629845600000，需大于当前时间【注：仅做未开播时直播状态判断显示，不对讲师开播操作产生影响】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无延迟直播开关，Y：开启，N：关闭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频道类型发起转播：transmit接收转播：receive普通频道：normal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createReceiveChannelCount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创建接收转播频道数量（仅当创建频道类型为发起转播，即type值为transmit时生效；最多支持同时创建100个转播频道）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doubleTeacherType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线上双师房间类型 transmit大房间、receive小房间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中英双语直播开关Y开、N关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连麦人数限制，最多16人。为0表示关闭连麦。该值为空时，则默认使用账号的最大连麦人数（可联系商务修改）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直播介绍，最多1024字符长度（不支持富文本，建议用menuDesc代替）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菜单管理，直播介绍（支持富文本，代替description）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直播间图标地址，如果为空则使用默认模板设置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上传，如果为空则使用默认模板设置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播放器封面图片，没有直播和回放的时候显示，不传使用默认模板设置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自定义讲师ID，32个以内ASCII码可见字符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观看页语言(zh_CN:中文/en:英文 /ja:日文 /ko:韩文 /zh_TW:繁体中文 /follow_browser:跟随浏览器)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allowSwitchLangEnabled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允许观众切换语言开关br/&gt;Y：允许N：不允许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smallClassSizeLimit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小班课班型，仅直播场景是小班课时必填，可选值：1，6，12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isRecord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小班课录制开关，仅直播场景是小班课时有效，Y：开启，N：关闭，不传则默认关闭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h5LowLatencyFlvEnabled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手机H5观看页低延迟开关，Y表示开启，N表示关闭</w:t>
            </w:r>
          </w:p>
        </w:tc>
      </w:tr>
    </w:tbl>
    <w:p>
      <w:pPr>
        <w:spacing w:after="40"/>
      </w:pPr>
    </w:p>
    <w:p>
      <w:pPr>
        <w:pStyle w:val="Heading3"/>
      </w:pPr>
      <w:r>
        <w:t>masterAuthSetting参数描述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观看条件类型code：验证码观看 pay：付费观看custom：自定义授权观看external：外部授权观看direct：独立授权观看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authType为code时，设置参数，必填。观看验证码，长度不超过8位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authType为code时，设置参数，非必填。欢迎标题，长度不超过20位，默认：欢迎观看本次直播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authType为code时，设置参数，非必填。验证码提示文案，长度不超过30位，默认：扫描二维码获得验证码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authType为code时，设置参数，非必填。二维码图片地址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当authType为pay时，设置参数，必填。欢迎语标题，长度不超过20位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当authType为pay时，设置参数，非必填。付费有效截止日期，十三位毫秒级时间戳，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当authType为custom时，设置参数，必填。SecretKey，长度不超过10位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当authType为external时，设置参数，必填。SecretKey，长度不超过10位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当authType为external时，设置参数，非必填。失败跳转地址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当authType为external时，设置参数，非必填。入口文本，默认为：登录观看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当authType为direct时，设置参数，必填。独立授权SecretKey，长度不超过10位</w:t>
            </w:r>
          </w:p>
        </w:tc>
      </w:tr>
    </w:tbl>
    <w:p>
      <w:pPr>
        <w:spacing w:after="40"/>
      </w:pPr>
    </w:p>
    <w:p>
      <w:pPr>
        <w:pStyle w:val="Heading3"/>
      </w:pPr>
      <w:r>
        <w:t>playbackSetting参数描述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回放设置，章节开关，Y:开启，N:关闭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回放方式single：单个回放list：列表回放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回放来源record：暂存playback：回放列表vod：点播列表注：type为single时，该值只能为record；type为list时，该值只能为playback或vod；</w:t>
            </w:r>
          </w:p>
        </w:tc>
      </w:tr>
    </w:tbl>
    <w:p>
      <w:pPr>
        <w:spacing w:after="40"/>
      </w:pPr>
    </w:p>
    <w:p>
      <w:pPr>
        <w:pStyle w:val="Heading3"/>
      </w:pPr>
      <w:r>
        <w:t>roles参数描述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角色类型Teacher：讲师Assistant：助教Guest：嘉宾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角色昵称，长度限制为30位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角色头衔，长度限制为10位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角色密码，密码长度6-16位，必须包含数字和英文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角色头像图片地址，需包含协议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http://api.polyv.net/live/v4/channel/create-init?appId=frlr1zazn3&amp;sign=4424EF1F6C767FC0E2FB4A912E566879&amp;timestamp=1653879013148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"basicSetting": {</w:t>
        <w:br/>
        <w:t xml:space="preserve">        "template": "ppt",</w:t>
        <w:br/>
        <w:t xml:space="preserve">        "newScene": "topclass",</w:t>
        <w:br/>
        <w:t xml:space="preserve">        "type": "normal",</w:t>
        <w:br/>
        <w:t xml:space="preserve">        "cnAndEnLiveEnabled": "N",</w:t>
        <w:br/>
        <w:t xml:space="preserve">        "linkMicLimit": "5",</w:t>
        <w:br/>
        <w:t xml:space="preserve">        "doubleTeacherType": "normal",</w:t>
        <w:br/>
        <w:t xml:space="preserve">        "name": "polyv公开课",</w:t>
        <w:br/>
        <w:t xml:space="preserve">        "startTime": "1747718040000",</w:t>
        <w:br/>
        <w:t xml:space="preserve">        "pureRtcEnabled": "Y",</w:t>
        <w:br/>
        <w:t xml:space="preserve">        "description": "通过游戏的带入课程&lt;br/&gt;让课堂生动有趣",</w:t>
        <w:br/>
        <w:t xml:space="preserve">        "channelPasswd": "1a2b3c4d5e",</w:t>
        <w:br/>
        <w:t xml:space="preserve">        "logoImg": "https://liveimages.videocc.net/uploaded/images/2021/09/g2bta2pjbw.jpg",</w:t>
        <w:br/>
        <w:t xml:space="preserve">        "splashImg": "https://liveimages.videocc.net/uploaded/images/2021/09/g2bta2pjbw.jpg"</w:t>
        <w:br/>
        <w:t xml:space="preserve">    },</w:t>
        <w:br/>
        <w:t xml:space="preserve">    "masterAuthSetting": {</w:t>
        <w:br/>
        <w:t xml:space="preserve">        "enabled": "Y",</w:t>
        <w:br/>
        <w:t xml:space="preserve">        "authType": "code",</w:t>
        <w:br/>
        <w:t xml:space="preserve">        "authCode": "123456"</w:t>
        <w:br/>
        <w:t xml:space="preserve">    },</w:t>
        <w:br/>
        <w:t xml:space="preserve">    "playbackSetting":{</w:t>
        <w:br/>
        <w:t xml:space="preserve">        "playbackEnabled":"Y",</w:t>
        <w:br/>
        <w:t xml:space="preserve">        "sectionEnabled":"Y",</w:t>
        <w:br/>
        <w:t xml:space="preserve">        "type":"list",</w:t>
        <w:br/>
        <w:t xml:space="preserve">        "origin":"vod"</w:t>
        <w:br/>
        <w:t xml:space="preserve">    },</w:t>
        <w:br/>
        <w:t xml:space="preserve">    "roles": [</w:t>
        <w:br/>
        <w:t xml:space="preserve">        {</w:t>
        <w:br/>
        <w:t xml:space="preserve">            "role": "Teacher"</w:t>
        <w:br/>
        <w:t xml:space="preserve">        },</w:t>
        <w:br/>
        <w:t xml:space="preserve">        {</w:t>
        <w:br/>
        <w:t xml:space="preserve">            "role": "Assistant",</w:t>
        <w:br/>
        <w:t xml:space="preserve">            "actor": "助教",</w:t>
        <w:br/>
        <w:t xml:space="preserve">            "nickName": "勋助教"</w:t>
        <w:br/>
        <w:t xml:space="preserve">        },</w:t>
        <w:br/>
        <w:t xml:space="preserve">        {</w:t>
        <w:br/>
        <w:t xml:space="preserve">            "role": "Guest",</w:t>
        <w:br/>
        <w:t xml:space="preserve">            "passwd": "aSzqyd13qz",</w:t>
        <w:br/>
        <w:t xml:space="preserve">            "actor": "嘉宾",</w:t>
        <w:br/>
        <w:t xml:space="preserve">            "avatar": "https://s1.videocc.net/default-img/avatar/guest.png",</w:t>
        <w:br/>
        <w:t xml:space="preserve">            "nickName": "王嘉宾"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讲师登录密码，非研讨会场景使用，长度6-16位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研讨会主持人密码，仅直播场景是研讨会时返回，长度6-16位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研讨会参会人密码，仅直播场景是研讨会时返回，长度6-16位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(topclass-大班课 、 double-双师课（该场景需开通） 、 train-企业培训 、 seminar-研讨会 、 alone-活动营销)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(ppt-三分屏(横屏) 、 portrait_ppt-三分屏(竖屏) 、 alone-纯视频(横屏) 、portrait_alone-纯视频(竖屏) 、 topclass-纯视频-极速(横屏) 、 portrait_topclass-纯视频-极速(竖屏) 、 seminar-研讨会)直播场景为topclass时，该字段支持ppt、portrait_ppt、alone、portrait_alone、topclass、portrait_topclass直播场景为train或alone时，该字段支持ppt、portrait_ppt、alone、portrait_alone直播场景为double时，该字段支持ppt、alone直播场景为seminar时，该字段支持semina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直播延迟Y：无延时迟N：普通延迟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频道类型发起转播：transmit接收转播：receive普通频道：normal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创建单个频道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testCreateInit()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"http://api.polyv.net/live/v4/channel/create-init";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json = "{\"basicSetting\":{\"template\":\"ppt\",\"newScene\":\"topclass\",\"type\":\"normal\"," +</w:t>
        <w:br/>
        <w:t xml:space="preserve">    "\"cnAndEnLiveEnabled\":\"N\",\"linkMicLimit\":\"5\",\"doubleTeacherType\":\"normal\"," +</w:t>
        <w:br/>
        <w:t xml:space="preserve">    "\"name\":\"polyv公开课\",\"startTime\":\"1747718040000\",\"pureRtcEnabled\":\"Y\"," +</w:t>
        <w:br/>
        <w:t xml:space="preserve">    "\"description\":\"通过游戏的带入课程，让课堂生动有趣\",\"channelPasswd\":\"1a2b3c4d5e\"," +</w:t>
        <w:br/>
        <w:t xml:space="preserve">    "\"logoImg\":\"https://liveimages.videocc.net/uploaded/images/2021/09/g2bta2pjbw.jpg\"," +</w:t>
        <w:br/>
        <w:t xml:space="preserve">    "\"splashImg\":\"https://liveimages.videocc.net/uploaded/images/2021/09/g2bta2pjbw.jpg\"}," +</w:t>
        <w:br/>
        <w:t xml:space="preserve">    "\"masterAuthSetting\":{\"enabled\":\"Y\",\"authType\":\"code\",\"authCode\":\"123456\"}," +</w:t>
        <w:br/>
        <w:t xml:space="preserve">    "\"roles\":[{\"role\":\"Teacher\"},{\"role\":\"Assistant\",\"actor\":\"助教\",\"nickName\":\"勋助教\"}," +</w:t>
        <w:br/>
        <w:t xml:space="preserve">    "{\"role\":\"Guest\",\"passwd\":\"aSzqyd13qz\",\"actor\":\"嘉宾\",\"avatar\":\"https://s1.videocc" +</w:t>
        <w:br/>
        <w:t xml:space="preserve">    ".net/default-img/avatar/guest.png\",\"nickName\":\"王嘉宾\"}]}";</w:t>
        <w:br/>
        <w:br/>
        <w:t xml:space="preserve">    String response = HttpUtil.postJsonBody(url, json, null);</w:t>
        <w:br/>
        <w:br/>
        <w:t xml:space="preserve">    log.info("测试创建单个频道成功：{}",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成功示例（测试示例频道号已隐藏）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"14138a5004b1412fbe109f854fec0b52.59.16538790171742883",</w:t>
        <w:br/>
        <w:t xml:space="preserve">    "data": {</w:t>
        <w:br/>
        <w:t xml:space="preserve">        "channelId": ******,</w:t>
        <w:br/>
        <w:t xml:space="preserve">        "name": "polyv公开课",</w:t>
        <w:br/>
        <w:t xml:space="preserve">        "userId": "1b448be323",</w:t>
        <w:br/>
        <w:t xml:space="preserve">        "channelPasswd": "t2IIefL6toqoBAA",</w:t>
        <w:br/>
        <w:t xml:space="preserve">        "seminarHostPassword": null,</w:t>
        <w:br/>
        <w:t xml:space="preserve">        "seminarAttendeePassword": null,</w:t>
        <w:br/>
        <w:t xml:space="preserve">        "publisher": null,</w:t>
        <w:br/>
        <w:t xml:space="preserve">        "description": "通过游戏的带入课程，让课堂生动有趣",</w:t>
        <w:br/>
        <w:t xml:space="preserve">        "newScene": "topclass",</w:t>
        <w:br/>
        <w:t xml:space="preserve">        "template": "ppt",</w:t>
        <w:br/>
        <w:t xml:space="preserve">        "linkMicLimit": 5,</w:t>
        <w:br/>
        <w:t xml:space="preserve">        "pureRtcEnabled": "Y",</w:t>
        <w:br/>
        <w:t xml:space="preserve">        "type": "normal",</w:t>
        <w:br/>
        <w:t xml:space="preserve">        "currentTimeMillis": 1653879017848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创建并初始化频道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