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查询视频创作任务列表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1、分页查询视频创作任务列表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每页数据量, 最大1000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视频名称, 限制60个字符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状态,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status参数描述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任务创建时间范围查询左边界(时间戳)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任务创建时间范围查询右边界(时间戳)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标签, 格式是字符串数组, 最多支持10个标签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http://api.polyv.net/live/v4/ai/video-produce/list?timestamp=1716107535043&amp;appId=gopl67qi7e&amp;pageSize=10&amp;pageNumber=1&amp;createTimeStart=1719763200000&amp;createTimeEnd=1719849600000&amp;sign=6625340A6017272DF55CD1F5DC42CFCB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分页参数, 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数字人详细信息,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1: 无数字人任务, 3: 有数字人任务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status参数描述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视频封面图地址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视频文件大小, 单位是byte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视频时长, 单位是秒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digitalHumanId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当前任务使用的数字人id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dealTime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任务制作完成时间(时间戳)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任务创建时间(时间戳)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modifyTime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任务最后修改时间(时间戳)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标签, 字符串数组格式</w:t>
            </w:r>
          </w:p>
        </w:tc>
      </w:tr>
    </w:tbl>
    <w:p>
      <w:pPr>
        <w:spacing w:after="40"/>
      </w:pPr>
    </w:p>
    <w:p>
      <w:pPr>
        <w:pStyle w:val="Heading2"/>
      </w:pPr>
      <w:r>
        <w:t>status参数描述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草稿状态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视频等待制作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视频制作任务已过期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"a571dd2e594d4a4b9cfef30250bd35a0.68.17222469243988627",</w:t>
        <w:br/>
        <w:t xml:space="preserve">  "data": {</w:t>
        <w:br/>
        <w:t xml:space="preserve">    "pageNumber": 1,</w:t>
        <w:br/>
        <w:t xml:space="preserve">    "pageSize": 3,</w:t>
        <w:br/>
        <w:t xml:space="preserve">    "totalPages": 2,</w:t>
        <w:br/>
        <w:t xml:space="preserve">    "totalItems": 6,</w:t>
        <w:br/>
        <w:t xml:space="preserve">    "contents": [</w:t>
        <w:br/>
        <w:t xml:space="preserve">      {</w:t>
        <w:br/>
        <w:t xml:space="preserve">        "id": 6765,</w:t>
        <w:br/>
        <w:t xml:space="preserve">        "videoName": "我的视频创作任务1",</w:t>
        <w:br/>
        <w:t xml:space="preserve">        "type": 3,</w:t>
        <w:br/>
        <w:t xml:space="preserve">        "status": 10,</w:t>
        <w:br/>
        <w:t xml:space="preserve">        "videoPath": null,</w:t>
        <w:br/>
        <w:t xml:space="preserve">        "videoImage": null,</w:t>
        <w:br/>
        <w:t xml:space="preserve">        "digitalHumanId": 45,</w:t>
        <w:br/>
        <w:t xml:space="preserve">        "dealTime": null,</w:t>
        <w:br/>
        <w:t xml:space="preserve">        "createTime": 1722246912000,</w:t>
        <w:br/>
        <w:t xml:space="preserve">        "modifyTime": 1722246912000</w:t>
        <w:br/>
        <w:t xml:space="preserve">      },</w:t>
        <w:br/>
        <w:t xml:space="preserve">      {</w:t>
        <w:br/>
        <w:t xml:space="preserve">        "id": 6710,</w:t>
        <w:br/>
        <w:t xml:space="preserve">        "videoName": "我的视频创作任务2",</w:t>
        <w:br/>
        <w:t xml:space="preserve">        "type": 3,</w:t>
        <w:br/>
        <w:t xml:space="preserve">        "status": 20,</w:t>
        <w:br/>
        <w:t xml:space="preserve">        "uploadStatus": 0,</w:t>
        <w:br/>
        <w:t xml:space="preserve">        "videoPath": "https://oss-live-1.videocc.net/pptvideo/20240725/video/6710_c1fd4c452ea3413c933d9a3364e23d3d.mp4",</w:t>
        <w:br/>
        <w:t xml:space="preserve">        "videoImage": "https://oss-live-1.videocc.net/pptvideo/20240725/image/6710_c1fd4c452ea3413c933d9a3364e23d3d.jpeg",</w:t>
        <w:br/>
        <w:t xml:space="preserve">        "digitalHumanId": 45,</w:t>
        <w:br/>
        <w:t xml:space="preserve">        "dealTime": 1721879928000,</w:t>
        <w:br/>
        <w:t xml:space="preserve">        "createTime": 1721879652000,</w:t>
        <w:br/>
        <w:t xml:space="preserve">        "modifyTime": 1721879928000</w:t>
        <w:br/>
        <w:t xml:space="preserve">      },</w:t>
        <w:br/>
        <w:t xml:space="preserve">      {</w:t>
        <w:br/>
        <w:t xml:space="preserve">        "id": 6185,</w:t>
        <w:br/>
        <w:t xml:space="preserve">        "videoName": "我的视频创作任务3",</w:t>
        <w:br/>
        <w:t xml:space="preserve">        "type": 1,</w:t>
        <w:br/>
        <w:t xml:space="preserve">        "status": 50,</w:t>
        <w:br/>
        <w:t xml:space="preserve">        "videoPath": "https://oss-live-1.videocc.net/pptvideo/20240627/video/6185_91e59d88668841c581c7307377ff55bb.mp4",</w:t>
        <w:br/>
        <w:t xml:space="preserve">        "videoImage": "https://oss-live-1.videocc.net/pptvideo/20240627/image/6185_91e59d88668841c581c7307377ff55bb.jpeg",</w:t>
        <w:br/>
        <w:t xml:space="preserve">        "digitalHumanId": null,</w:t>
        <w:br/>
        <w:t xml:space="preserve">        "dealTime": 1719503446000,</w:t>
        <w:br/>
        <w:t xml:space="preserve">        "createTime": 1719503172000,</w:t>
        <w:br/>
        <w:t xml:space="preserve">        "modifyTime": 1722096000000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查询视频创作任务列表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