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查询视频创作任务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1、查询视频创作任务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http://api.polyv.net/live/v4/ai/video-produce/get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aiPPTVideoId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视频创作任务ID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http://api.polyv.net/live/v4/ai/video-produce/get?timestamp=1716107535043&amp;appId=gopl67qi7e&amp;aiPPTVideoId=4229&amp;sign=6625340A6017272DF55CD1F5DC42CFCB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响应结果，由业务决定，成功返回true，失败返回false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成功响应时返回详细信息【详见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</w:tbl>
    <w:p>
      <w:pPr>
        <w:spacing w:after="40"/>
      </w:pPr>
    </w:p>
    <w:p>
      <w:pPr>
        <w:pStyle w:val="Heading2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任务ID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1: 无数字人任务, 3: 有数字人任务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status参数描述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videoPath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subtitlePath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字幕地址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videoImage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视频封面图地址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videoFileSize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视频文件大小, 单位是byte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视频时长, 单位是秒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digitalHumanId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当前任务使用的数字人id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dealTime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任务制作完成时间(时间戳)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任务创建时间(时间戳)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modifyTime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任务最后修改时间(时间戳)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subtitlePath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字幕地址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tags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List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标签, 字符串数组格式</w:t>
            </w:r>
          </w:p>
        </w:tc>
      </w:tr>
    </w:tbl>
    <w:p>
      <w:pPr>
        <w:spacing w:after="40"/>
      </w:pPr>
    </w:p>
    <w:p>
      <w:pPr>
        <w:pStyle w:val="Heading2"/>
      </w:pPr>
      <w:r>
        <w:t>status参数描述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参数值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5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草稿状态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视频等待制作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15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视频制作中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视频制作成功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30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视频制作失败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50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视频制作任务已过期</w:t>
            </w:r>
          </w:p>
        </w:tc>
      </w:tr>
    </w:tbl>
    <w:p>
      <w:pPr>
        <w:spacing w:after="40"/>
      </w:pP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"requestId": "be442eaa-0e03-426c-b6e8-36a8b4ac7b0d",</w:t>
        <w:br/>
        <w:t xml:space="preserve">  "data": {</w:t>
        <w:br/>
        <w:t xml:space="preserve">    "id": 4229,</w:t>
        <w:br/>
        <w:t xml:space="preserve">    "videoName": "视频名称-测试",</w:t>
        <w:br/>
        <w:t xml:space="preserve">    "fileId": "",</w:t>
        <w:br/>
        <w:t xml:space="preserve">    "fileName": null,</w:t>
        <w:br/>
        <w:t xml:space="preserve">    "type": 3,</w:t>
        <w:br/>
        <w:t xml:space="preserve">    "status": 20,</w:t>
        <w:br/>
        <w:t xml:space="preserve">    "times": 1,</w:t>
        <w:br/>
        <w:t xml:space="preserve">    "uploadStatus": 0,</w:t>
        <w:br/>
        <w:t xml:space="preserve">    "videoPath": "https://oss-live-1.videocc.net/pptvideo/20250714/video/4229_cb77f770eccc4f3ea5435021947e9b98.mp4",</w:t>
        <w:br/>
        <w:t xml:space="preserve">    "videoImage": "https://oss-live-1.videocc.net/pptvideo/20250714/image/4229_cb77f770eccc4f3ea5435021947e9b98.jpg",</w:t>
        <w:br/>
        <w:t xml:space="preserve">    "videoFileSize": 510437,</w:t>
        <w:br/>
        <w:t xml:space="preserve">    "digitalHumanId": 15,</w:t>
        <w:br/>
        <w:t xml:space="preserve">    "digitalHumanPositionSize": "1412,247,467,830",</w:t>
        <w:br/>
        <w:t xml:space="preserve">    "videoPoolId": null,</w:t>
        <w:br/>
        <w:t xml:space="preserve">    "dealTime": 1752478906000,</w:t>
        <w:br/>
        <w:t xml:space="preserve">    "expireTime": 1755070906000,</w:t>
        <w:br/>
        <w:t xml:space="preserve">    "duration": 1,</w:t>
        <w:br/>
        <w:t xml:space="preserve">    "executeTime": null,</w:t>
        <w:br/>
        <w:t xml:space="preserve">    "retry": 0,</w:t>
        <w:br/>
        <w:t xml:space="preserve">    "errorMessage": "",</w:t>
        <w:br/>
        <w:t xml:space="preserve">    "innerErrorMessage": "",</w:t>
        <w:br/>
        <w:t xml:space="preserve">    "createTime": 1752478716000,</w:t>
        <w:br/>
        <w:t xml:space="preserve">    "modifyTime": 1752478906000,</w:t>
        <w:br/>
        <w:t xml:space="preserve">    "draftJsonUrl": null,</w:t>
        <w:br/>
        <w:t xml:space="preserve">    "subtitlePath": "https://oss-live-1.videocc.net/pptvideo/20250714/subtitle/4229_cb77f770eccc4f3ea5435021947e9b98.srt"</w:t>
        <w:br/>
        <w:t xml:space="preserve">  },</w:t>
        <w:br/>
        <w:t xml:space="preserve">  "success": true</w:t>
        <w:br/>
        <w:t>}</w:t>
      </w: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查询视频创作任务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