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查询数字人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1、查询数字人列表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每页数据量, 最大1000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http://api.polyv.net/live/v4/ai/digital-human/list?timestamp=1716105057233&amp;appId=gopl67qi7e&amp;pageNumber=1&amp;pageSize=10&amp;sign=7AFFB910696C8657BB2E27ED6162CA5C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数字人详细信息,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thirdRoleCode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数字人模型id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coverPhoto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fullBodyPhoto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数字人真实的图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clothesDesc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数字人服装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defaultTtsVoiceId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数字人默认使用的声音id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数字人创建时间, 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"e90aba2c69a24bab894c7f708b853b75.72.17161057275927183",</w:t>
        <w:br/>
        <w:t xml:space="preserve">  "data": {</w:t>
        <w:br/>
        <w:t xml:space="preserve">    "pageNumber": 1,</w:t>
        <w:br/>
        <w:t xml:space="preserve">    "pageSize": 2,</w:t>
        <w:br/>
        <w:t xml:space="preserve">    "totalPages": 8,</w:t>
        <w:br/>
        <w:t xml:space="preserve">    "totalItems": 16,</w:t>
        <w:br/>
        <w:t xml:space="preserve">    "contents": [</w:t>
        <w:br/>
        <w:t xml:space="preserve">      {</w:t>
        <w:br/>
        <w:t xml:space="preserve">        "id": 55,</w:t>
        <w:br/>
        <w:t xml:space="preserve">        "name": "萌萌",</w:t>
        <w:br/>
        <w:t xml:space="preserve">        "thirdRoleCode": "00024",</w:t>
        <w:br/>
        <w:t xml:space="preserve">        "coverPhoto": "https://img.videocc.net/e5f34f7744/html/adv/wav/00024-cover.png",</w:t>
        <w:br/>
        <w:t xml:space="preserve">        "fullBodyPhoto": "https://img.videocc.net/e5f34f7744/html/adv/wav/00024.png",</w:t>
        <w:br/>
        <w:t xml:space="preserve">        "defaultTtsVoiceId": 92,</w:t>
        <w:br/>
        <w:t xml:space="preserve">        "clothesDesc": "白色西装",</w:t>
        <w:br/>
        <w:t xml:space="preserve">        "createTime": 1704191006000</w:t>
        <w:br/>
        <w:t xml:space="preserve">      },</w:t>
        <w:br/>
        <w:t xml:space="preserve">      {</w:t>
        <w:br/>
        <w:t xml:space="preserve">        "id": 13,</w:t>
        <w:br/>
        <w:t xml:space="preserve">        "name": "花花",</w:t>
        <w:br/>
        <w:t xml:space="preserve">        "thirdRoleCode": "00006",</w:t>
        <w:br/>
        <w:t xml:space="preserve">        "coverPhoto": "https://img.videocc.net/e5f34f7744/html/adv/wav/00006-cover.png",</w:t>
        <w:br/>
        <w:t xml:space="preserve">        "fullBodyPhoto": "https://img.videocc.net/e5f34f7744/html/adv/wav/00006.png",</w:t>
        <w:br/>
        <w:t xml:space="preserve">        "defaultTtsVoiceId": 28,</w:t>
        <w:br/>
        <w:t xml:space="preserve">        "clothesDesc": "黑色西服",</w:t>
        <w:br/>
        <w:t xml:space="preserve">        "createTime": 1694569468000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查询数字人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