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查询频道的直播推流信息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1、查询频道的直播推流信息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http://api.polyv.net/live/v3/channel/monitor/list-tencent-stream-info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2、仅支持腾讯cdn的频道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3、仅支持状态为直播中的频道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开始时间，默认为3小时前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结束时间，默认为当前时间，支持查询最近7天数据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https://api.polyv.net/live/v3/channel/monitor/list-tencent-stream-info?appId=frlr1zazn3&amp;timestamp=1680831521000&amp;sign=7B95CA869B5D121181FE3586ACBF10BA&amp;channelId=3880533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响应成功时返回回放视频列表信息【详见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推流路径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视频码率，单位: 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audioFrameRate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videoFrameRate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数据时间，格式: %Y-%m-%d %H:%M:%S.%ms，精确到毫秒级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获取腾讯cdn频道的直播实时推流信息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testGetTxStreamInfo()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"https://api.polyv.net/live/v3/channel/monitor/list-tencent-stream-info";</w:t>
        <w:br/>
        <w:t xml:space="preserve">    String channelId="3880533";</w:t>
        <w:br/>
        <w:t xml:space="preserve">    String startTime = "1680749400000";</w:t>
        <w:br/>
        <w:t xml:space="preserve">    String endTime="1680759580000";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requestMap.put("startTime", startTime);</w:t>
        <w:br/>
        <w:t xml:space="preserve">    requestMap.put("endTime", endTime);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log.info("测试获取腾讯cdn频道的直播实时推流信息，返回值：{}",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"streamUrl": "recordf",</w:t>
        <w:br/>
        <w:t xml:space="preserve">            "bitRate": "1157120",</w:t>
        <w:br/>
        <w:t xml:space="preserve">            "audioFrameRate": "46",</w:t>
        <w:br/>
        <w:t xml:space="preserve">            "videoFrameRate": "13",</w:t>
        <w:br/>
        <w:t xml:space="preserve">            "time": "2023-04-07 09:45:24.443",</w:t>
        <w:br/>
        <w:t xml:space="preserve">            "timestamp": null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status not live",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查询频道的直播推流信息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