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查询时间范围内多频道观看记录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1、根据时间范围获取多频道下用户学习时长表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开始时间，格式为：yyyy-MM-dd HH:mm:ss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结束时间，格式为：yyyy-MM-dd HH:mm:ss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频道号，多个使用英文逗号分开，如：100000,100001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每页数据大小，默认每页显示10条数据，最大1000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成功响应时返回分发列表信息【详见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学员观众Id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shouldStudyTime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应学时长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grandTotalTime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已学时长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studyStatus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学习状态，如果学习时长不低于90%，则学习状态为已完成Y：已完成N：未完成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1,</w:t>
        <w:br/>
        <w:t xml:space="preserve">        "contents": [</w:t>
        <w:br/>
        <w:t xml:space="preserve">            {</w:t>
        <w:br/>
        <w:t xml:space="preserve">                "viewerId": "",</w:t>
        <w:br/>
        <w:t xml:space="preserve">                "channelId": "",</w:t>
        <w:br/>
        <w:t xml:space="preserve">                "sessionId": "",</w:t>
        <w:br/>
        <w:t xml:space="preserve">                "shouldStudyTime": 0,</w:t>
        <w:br/>
        <w:t xml:space="preserve">                "grandTotalTime": 0,</w:t>
        <w:br/>
        <w:t xml:space="preserve">                "studyStatus": "N"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10003,</w:t>
        <w:br/>
        <w:t xml:space="preserve">        "desc": "时间戳过期"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查询时间范围内多频道观看记录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