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分页查询邀请海报邀请数据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1、分页查询邀请海报邀请数据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http://api.polyv.net/live/v4/statistics/inviter-poster/list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受邀开始时间，支持到时分秒，13位毫秒级时间戳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受邀结束时间，支持到时分秒，13位毫秒级时间戳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邀请海报生成时间，13位毫秒级时间戳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用户自定义参数param4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用户自定义参数param5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分页查询邀请海报邀请数据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