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创建隔离区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1、创建隔离区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3、同一userId创建隔离区会抛出异常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用户全局ID，即userId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isolationId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隔离区ID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创建隔离区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