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频道状态验证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1、查询频道合法状态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http://api.polyv.net/live/v4/channel/status-valid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频道号，多个使用英文逗号分开，最多100个，例如：</w:t>
            </w:r>
            <w:r>
              <w:rPr>
                <w:rFonts w:ascii="Menlo" w:hAnsi="Menlo"/>
                <w:color w:val="444444"/>
                <w:sz w:val="17"/>
              </w:rPr>
              <w:t>100000,100001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http://api.polyv.net/live/v4/channel/status-valid?channels=1965681%2C2272665%2C3297504&amp;appId=frlr1zazn3&amp;sign=F8BDEF93ED3CD6EDEEFB399187D97582&amp;timestamp=1662083490979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channels字段描述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channels参数描述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delete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频道是否已删除1：已删除0：未删除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currentUser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是否属于当前用户1：是0：否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LoggerFactory.getLogger(GroupTestLive.class);</w:t>
        <w:br/>
        <w:t>/**</w:t>
        <w:br/>
        <w:t xml:space="preserve"> * 频道状态验证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testGetChannelStatusValid()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"http://api.polyv.net/live/v4/channel/status-valid";</w:t>
        <w:br/>
        <w:t xml:space="preserve">    String channels = "1965681,2272665,3297504";</w:t>
        <w:br/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requestMap.put("channels", channels);</w:t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log.info("测试频道状态验证，返回值：{}",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"522451e702a4454dbb1a972abd4d4b71.62.16618407903140831",</w:t>
        <w:br/>
        <w:t xml:space="preserve">    "data": {</w:t>
        <w:br/>
        <w:t xml:space="preserve">        "channels": [</w:t>
        <w:br/>
        <w:t xml:space="preserve">            {</w:t>
        <w:br/>
        <w:t xml:space="preserve">                "channelId": 1965681,</w:t>
        <w:br/>
        <w:t xml:space="preserve">                "delete": 0,</w:t>
        <w:br/>
        <w:t xml:space="preserve">                "currentUser": 1</w:t>
        <w:br/>
        <w:t xml:space="preserve">            },</w:t>
        <w:br/>
        <w:t xml:space="preserve">            {</w:t>
        <w:br/>
        <w:t xml:space="preserve">                "channelId": 2272665,</w:t>
        <w:br/>
        <w:t xml:space="preserve">                "delete": 1,</w:t>
        <w:br/>
        <w:t xml:space="preserve">                "currentUser": 0</w:t>
        <w:br/>
        <w:t xml:space="preserve">            },</w:t>
        <w:br/>
        <w:t xml:space="preserve">            {</w:t>
        <w:br/>
        <w:t xml:space="preserve">                "channelId": 3297504,</w:t>
        <w:br/>
        <w:t xml:space="preserve">                "delete": 1,</w:t>
        <w:br/>
        <w:t xml:space="preserve">                "currentUser": 1</w:t>
        <w:br/>
        <w:t xml:space="preserve">            }</w:t>
        <w:br/>
        <w:t xml:space="preserve">        ]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频道状态验证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