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获取某个频道号下的对应观看记录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1、获取某个频道号下的对应学习观看记录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场次Id，多个使用英文逗号分隔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学员观众Id，多个使用英文逗号分隔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每页数据大小，默认每页显示10条数据，最大200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token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下一页的凭证，从当前页的返回数据里获取，第一页不需要传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响应结果，由业务决定，成功返回true，失败返回false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成功响应时返回分发列表信息【详见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每页数据量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token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查询下一页的凭证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当前页内容【详见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Contents参数描述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学员观众Id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shouldStudyTime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应学时长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grandTotalTime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已学时长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studyStatus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学习状态，如果学习时长不低于90%，则学习状态为已完成Y：已完成N：未完成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"",</w:t>
        <w:br/>
        <w:t xml:space="preserve">    "data": {</w:t>
        <w:br/>
        <w:t xml:space="preserve">        "pageSize": 10,</w:t>
        <w:br/>
        <w:t xml:space="preserve">        "token": "",</w:t>
        <w:br/>
        <w:t xml:space="preserve">        "contents": [</w:t>
        <w:br/>
        <w:t xml:space="preserve">            {</w:t>
        <w:br/>
        <w:t xml:space="preserve">                "viewerId": "",</w:t>
        <w:br/>
        <w:t xml:space="preserve">                "channelId": "",</w:t>
        <w:br/>
        <w:t xml:space="preserve">                "sessionId": "",</w:t>
        <w:br/>
        <w:t xml:space="preserve">                "shouldStudyTime": 0,</w:t>
        <w:br/>
        <w:t xml:space="preserve">                "grandTotalTime": 0,</w:t>
        <w:br/>
        <w:t xml:space="preserve">                "studyStatus": "N"</w:t>
        <w:br/>
        <w:t xml:space="preserve">            }</w:t>
        <w:br/>
        <w:t xml:space="preserve">        ]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"error": {</w:t>
        <w:br/>
        <w:t xml:space="preserve">        "code": 10003,</w:t>
        <w:br/>
        <w:t xml:space="preserve">        "desc": "时间戳过期"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获取某个频道号下的对应观看记录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