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 change callback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 change callback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