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tips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&lt;div id="player"&gt;&lt;/div&gt;</w:t>
        <w:br/>
        <w:br/>
        <w:t>&lt;script&gt;</w:t>
        <w:br/>
        <w:t xml:space="preserve">  new Vue({</w:t>
        <w:br/>
        <w:t xml:space="preserve">    el: '#player',</w:t>
        <w:br/>
        <w:t xml:space="preserve">    data() {</w:t>
        <w:br/>
        <w:t xml:space="preserve">    return {</w:t>
        <w:br/>
        <w:t xml:space="preserve">      vodPlayerJs: 'https://player.polyv.net/script/player.js',</w:t>
        <w:br/>
        <w:t xml:space="preserve">      vid:'88083abbf5b42072ec029201d9fee095_8',</w:t>
        <w:br/>
        <w:t xml:space="preserve">    };</w:t>
        <w:br/>
        <w:t xml:space="preserve">  },</w:t>
        <w:br/>
        <w:t xml:space="preserve">  mounted(){</w:t>
        <w:br/>
        <w:t xml:space="preserve">      this.loadPlayerScript(this.loadPlayer);</w:t>
        <w:br/>
        <w:t xml:space="preserve">  },</w:t>
        <w:br/>
        <w:t xml:space="preserve">  methods: {</w:t>
        <w:br/>
        <w:t xml:space="preserve">    loadPlayerScript(callback) {</w:t>
        <w:br/>
        <w:t xml:space="preserve">      if (!window.polyvPlayer) {</w:t>
        <w:br/>
        <w:t xml:space="preserve">        const myScript = document.createElement('script');</w:t>
        <w:br/>
        <w:t xml:space="preserve">        myScript.setAttribute('src', this.vodPlayerJs);</w:t>
        <w:br/>
        <w:t xml:space="preserve">        myScript.onload = callback;</w:t>
        <w:br/>
        <w:t xml:space="preserve">        document.body.appendChild(myScript);</w:t>
        <w:br/>
        <w:t xml:space="preserve">      } else {</w:t>
        <w:br/>
        <w:t xml:space="preserve">        callback();</w:t>
        <w:br/>
        <w:t xml:space="preserve">      }</w:t>
        <w:br/>
        <w:t xml:space="preserve">    },</w:t>
        <w:br/>
        <w:t xml:space="preserve">    loadPlayer() {</w:t>
        <w:br/>
        <w:t xml:space="preserve">      const polyvPlayer = window.polyvPlayer;</w:t>
        <w:br/>
        <w:t xml:space="preserve">      this.player = polyvPlayer({</w:t>
        <w:br/>
        <w:t xml:space="preserve">        wrap: '#player',</w:t>
        <w:br/>
        <w:t xml:space="preserve">        vid: this.vid ,</w:t>
        <w:br/>
        <w:t xml:space="preserve">        autoplay:false</w:t>
        <w:br/>
        <w:t xml:space="preserve">      });</w:t>
        <w:br/>
        <w:t xml:space="preserve">    }</w:t>
        <w:br/>
        <w:t xml:space="preserve">  },</w:t>
        <w:br/>
        <w:t xml:space="preserve">  destroyed() {</w:t>
        <w:br/>
        <w:t xml:space="preserve">    if (this.player) {</w:t>
        <w:br/>
        <w:t xml:space="preserve">        this.player.destroy();</w:t>
        <w:br/>
        <w:t xml:space="preserve">    }</w:t>
        <w:br/>
        <w:t xml:space="preserve">  }</w:t>
        <w:br/>
        <w:t xml:space="preserve">  })</w:t>
        <w:br/>
        <w:t>&lt;/script&gt;</w:t>
        <w:br/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未归类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Web观看页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页面菜单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添加频道菜单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设置频道菜单排序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设置指定菜单id的频道菜单信息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设置自定义菜单直播介绍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查询频道的菜单信息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删除频道菜单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设置提问功能显示开关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查询频道图文内容列表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页面互动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设置频道微信分享信息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查询频道微信分享信息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设置道具打赏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设置现金打赏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查询打赏设置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快捷设置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上传图片资源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设置频道是否应用通用设置开关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页面信息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设置主持人姓名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设置频道图标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设置引导开关以及引导图片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查询直播引导图开关状态及URL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设置频道点赞数和观看热度值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查询频道点赞数和观众热度值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设置频道直播倒计时信息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查询频道直播倒计时信息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页面观看条件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设置观看条件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通过接口设置外部授权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设置自定义授权地址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设置授权观看类型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修改设置授权认证URL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查询频道观看条件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查询频道或全局登记观看字段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查询页面登记观看列表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获取频道抽奖记录列表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获取频道单场抽奖的中奖记录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导出频道单场抽奖的中奖记录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发送点赞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发送打赏消息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设置抽奖中奖者信息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设置频道问卷信息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查询频道问卷详情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查询频道问卷列表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查询频道问卷结果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分页查询问卷结果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查询签到结果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查询指定签到ID的签到记录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查询指定场次ID的签到记录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查询频道答题卡答题结果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获取频道一定时间范围之内的历史最高并发人数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查询频道观看日志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分页查询频道观看日志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查询频道某段时间内的统计数据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查询多个频道汇总的统计数据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查询频道实时在线人数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查询多个频道的实时在线人数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查询频道的历史并发人数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文档管理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上传频道文档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获取频道文档列表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查询频道文档转换状态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删除频道文档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账号级操作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修改直播频道分类名称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删除直播频道分类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修改直播频道分类顺序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获取直播用户账号信息接口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获取账号连麦分钟数使用量与剩余量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获取全账号频道基础信息接口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获取账号下回放视频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创建账号下直播分类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查询账号下直播分类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设置功能开关状态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设置账号单点登录的token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查询功能开关状态接口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查询账号下所有频道详细信息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查询账号下所有/某个频道号收入详情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查询账号下所有频道缩略信息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查询频道信息（已隐藏）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查询授权和连麦token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设置伪直播直播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删除伪直播的视频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录制回放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合并录制文件（已隐藏）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同步转存录制文件到点播（已隐藏）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