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产品简介</w:t>
      </w:r>
    </w:p>
    <w:p>
      <w:pPr>
        <w:pStyle w:val="Heading1"/>
      </w:pPr>
      <w:r>
        <w:t>一、产品概述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云直播是基于云计算商业模式应用的视频观看、视频管理与应用的总称（包括视频的采集、编码、传输、分发、播放及互动等功能），即把主播端采集到的视频或多媒体传输给所有请求的观众用户。观众打开链接就能观看直播，无需下载其他插件，展现精美H5互动观看页，帮助企业快速应用直播。云直播支持全终端观看，可以轻松实现直播视频应用；与微信打通、付费观看、打赏聊天、黑白名单一应俱全，享受秒开、超低延迟，直播无需等待。客户只需要专注于内容创作及分享，即可通过视频提升品牌价值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云直播平台，是云点播平台的业务延展，与云点播系统共同构建了，集采集端、编码端、存储端、分发端、观看和互动端五位一体的立体解决方案，为企业提供低延时、高带宽、大并发的实时视频应用，满足百万量级客户同时观看的业务场景。</w:t>
      </w:r>
    </w:p>
    <w:p>
      <w:pPr>
        <w:pStyle w:val="Heading1"/>
      </w:pPr>
      <w:r>
        <w:t>二、全终端观看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835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46a0466bc6b3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835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三、轻松实现直播视频应用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518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76693042d3c7b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51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四、快速入门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933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d7fd7b78f02ff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93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五、更多功能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360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dc2e243dd1f09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36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更多了解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