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查询投诉反馈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1、查询投诉反馈</w:t>
        <w:br/>
        <w:t>2、支持https协议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https://api.polyv.net/live/v4/channel/feedback/list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频道号，不传则查询用户下的数据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分页大小，默认10，最大不超过1000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http://api.polyv.net/live/v4/channel/feedback/list?appId=frlr1zazn3&amp;sign=EB9CF9CD3F473E0C6462E3031E97E7FA&amp;channelId=1965681&amp;timestamp=1621843039780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投诉反馈类型  suggestion：反馈意见  complaint：投诉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label字段说明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图片URL列表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label字段值说明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页面卡顿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black-screen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画面黑屏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slow-access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访问缓慢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poor-experience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体验不好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play-suggestion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玩法建议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other-feedback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其他反馈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色情低俗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politics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drug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bloody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恐怖血腥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诈骗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other-violations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其他违规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查询投诉反馈记录</w:t>
        <w:br/>
        <w:t xml:space="preserve"> * @throws IOException</w:t>
        <w:br/>
        <w:t xml:space="preserve"> */</w:t>
        <w:br/>
        <w:t>@Test</w:t>
        <w:br/>
        <w:t>public void testGetFeedbackList()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"https://api.polyv.net/live/v4/channel/feedback/list";</w:t>
        <w:br/>
        <w:t xml:space="preserve">    String channelId = "1965681";</w:t>
        <w:br/>
        <w:t xml:space="preserve">    Integer pageNumber = 1;</w:t>
        <w:br/>
        <w:t xml:space="preserve">    Integer pageSize = 10;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requestMap.put("pageNumber", String.valueOf(pageNumber));</w:t>
        <w:br/>
        <w:t xml:space="preserve">    requestMap.put("pageSize", String.valueOf(pageSize));</w:t>
        <w:br/>
        <w:t xml:space="preserve">    requestMap.put("sign",LiveSignUtil.getSign(requestMap, appSecret));</w:t>
        <w:br/>
        <w:t xml:space="preserve">    String response = HttpUtil.get(url, requestMap);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"fe9b9752528b4a1c99fa25d361b0e36c.70.16609029221005237",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87,</w:t>
        <w:br/>
        <w:t xml:space="preserve">                "channelId": 1965681,</w:t>
        <w:br/>
        <w:t xml:space="preserve">                "type": "suggestion",</w:t>
        <w:br/>
        <w:t xml:space="preserve">                "label": "poor-experience",</w:t>
        <w:br/>
        <w:t xml:space="preserve">                "content": "123",</w:t>
        <w:br/>
        <w:t xml:space="preserve">                "imageUrls": [</w:t>
        <w:br/>
        <w:t xml:space="preserve">                    "http://liveimages.videocc.net/watch-feedback/bbca707cc8/3221535/1659346624591_XWMPn9.jpeg",</w:t>
        <w:br/>
        <w:t xml:space="preserve">                    "http://liveimages.videocc.net/watch-feedback/bbca707cc8/3221535/1659346624873_XSaKzQ.jpeg",</w:t>
        <w:br/>
        <w:t xml:space="preserve">                    "http://liveimages.videocc.net/watch-feedback/bbca707cc8/3221535/1659346624890_31kGzs.jpeg"</w:t>
        <w:br/>
        <w:t xml:space="preserve">                ],</w:t>
        <w:br/>
        <w:t xml:space="preserve">                "contact": "166",</w:t>
        <w:br/>
        <w:t xml:space="preserve">                "createTime": 1659346281000,</w:t>
        <w:br/>
        <w:t xml:space="preserve">                "updateTime": 1659346281000</w:t>
        <w:br/>
        <w:t xml:space="preserve">            },</w:t>
        <w:br/>
        <w:t xml:space="preserve">            {</w:t>
        <w:br/>
        <w:t xml:space="preserve">                "id": 88,</w:t>
        <w:br/>
        <w:t xml:space="preserve">                "channelId": 2880184,</w:t>
        <w:br/>
        <w:t xml:space="preserve">                "type": "suggestion",</w:t>
        <w:br/>
        <w:t xml:space="preserve">                "label": "poor-experience",</w:t>
        <w:br/>
        <w:t xml:space="preserve">                "content": "123",</w:t>
        <w:br/>
        <w:t xml:space="preserve">                "imageUrls": [</w:t>
        <w:br/>
        <w:t xml:space="preserve">                    ""</w:t>
        <w:br/>
        <w:t xml:space="preserve">                ],</w:t>
        <w:br/>
        <w:t xml:space="preserve">                "contact": "166",</w:t>
        <w:br/>
        <w:t xml:space="preserve">                "createTime": 1659346465000,</w:t>
        <w:br/>
        <w:t xml:space="preserve">                "updateTime": 1659346465000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查询投诉反馈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