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修改频道播放器中显示的logo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1、管理系统修改播放器logo图片：频道管理-播放器管理-播放器-logo设置</w:t>
        <w:br/>
        <w:t>2、接口URL中的{channelId}为频道号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http://api.polyv.net/live/v2/channels/{channelId}/update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logoImage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logo图片地址，建议大小为：长方形140x50或正方形50x50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logoOpacity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Logo不透明度，取值范围为(0,1]，即大于0，并且小于等于11：表示完全不透明0：表示完全透明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logoPosition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logo显示位置tl：左上角tr：右上角bl：左下角br：右下角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logoHref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logo图片点击后跳转链接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http://api.polyv.net/live/v2/channels/2191532/update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logoHref=https%3A%2F%2Fbaidu.com&amp;logoImage=http%3A%2F%2Fliveimages.videocc.net%2Fuploadimage%2F20210318%2Fchat_img_1b448be323_16160330722736.jpeg&amp;logoPosition=bl&amp;appId=frlr1zazn3&amp;sign=24249735B34176B69FABB951DCEA36CF&amp;timestamp=1621842332739&amp;logoOpacity=0.1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请求成功时返回true，失败时返回空字符串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LoggerFactory.getLogger(PlayerTest.class);</w:t>
        <w:br/>
        <w:t>/**</w:t>
        <w:br/>
        <w:t xml:space="preserve"> * 修改频道播放器中显示的logo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testUpdateLogo()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"http://api.polyv.net/live/v2/channels/%s/update";</w:t>
        <w:br/>
        <w:t xml:space="preserve">    String channelId = "2191532";</w:t>
        <w:br/>
        <w:t xml:space="preserve">    String logoImage = "http://liveimages.videocc.net/uploadimage/20210318/chat_img_1b448be323_16160330722736.jpeg";</w:t>
        <w:br/>
        <w:t xml:space="preserve">    String logoOpacity = "0.1";</w:t>
        <w:br/>
        <w:t xml:space="preserve">    String logoPosition = "bl";</w:t>
        <w:br/>
        <w:t xml:space="preserve">    String logoHref = "https://baidu.com";</w:t>
        <w:br/>
        <w:br/>
        <w:t xml:space="preserve">    url = String.format(url, channelId);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requestMap.put("logoImage", logoImage);</w:t>
        <w:br/>
        <w:t xml:space="preserve">    requestMap.put("logoOpacity", logoOpacity);</w:t>
        <w:br/>
        <w:t xml:space="preserve">    requestMap.put("logoPosition", logoPosition);</w:t>
        <w:br/>
        <w:t xml:space="preserve">    requestMap.put("logoHref", logoHref);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log.info("测试修改频道播放器中显示的logo，返回值：{}",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修改频道播放器中显示的logo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