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平台内容库分组列表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1、平台内容库分组列表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https://api.polyv.net/live/v4/global/robot/label/list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标签类型: script-内容库，robot-成员库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https://api.polyv.net/live/v4/global/robot/label/list?appId=frlr1zazn3&amp;sign=012332FBD8DBCFC068AFCB484A2ADECB&amp;timestamp=1670550787318&amp;type=robot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分组(labelId或标签)ID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类型: SYS-系统素材，USER-个人素材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最后更新时间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平台内容库分组列表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"https://api.polyv.net/live/v4/global/robot/label/list";</w:t>
        <w:br/>
        <w:t xml:space="preserve">    String type = "robot";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requestMap.put("type", type);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null);</w:t>
        <w:br/>
        <w:br/>
        <w:t xml:space="preserve">    log.info("测试平台内容库分组列表结果：{}",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"data": [</w:t>
        <w:br/>
        <w:t xml:space="preserve">        {</w:t>
        <w:br/>
        <w:t xml:space="preserve">            "id": 900000000,</w:t>
        <w:br/>
        <w:t xml:space="preserve">            "name": "通用组",</w:t>
        <w:br/>
        <w:t xml:space="preserve">            "type": "SYS",</w:t>
        <w:br/>
        <w:t xml:space="preserve">            "updateTime": 4102416000000</w:t>
        <w:br/>
        <w:t xml:space="preserve">        },</w:t>
        <w:br/>
        <w:t xml:space="preserve">        {</w:t>
        <w:br/>
        <w:t xml:space="preserve">            "id": 900000001,</w:t>
        <w:br/>
        <w:t xml:space="preserve">            "name": "中老年组",</w:t>
        <w:br/>
        <w:t xml:space="preserve">            "type": "SYS",</w:t>
        <w:br/>
        <w:t xml:space="preserve">            "updateTime": 4102416000000</w:t>
        <w:br/>
        <w:t xml:space="preserve">        },</w:t>
        <w:br/>
        <w:t xml:space="preserve">        {</w:t>
        <w:br/>
        <w:t xml:space="preserve">            "id": 900000002,</w:t>
        <w:br/>
        <w:t xml:space="preserve">            "name": "中文名组",</w:t>
        <w:br/>
        <w:t xml:space="preserve">            "type": "SYS",</w:t>
        <w:br/>
        <w:t xml:space="preserve">            "updateTime": 4102416000000</w:t>
        <w:br/>
        <w:t xml:space="preserve">        },</w:t>
        <w:br/>
        <w:t xml:space="preserve">        {</w:t>
        <w:br/>
        <w:t xml:space="preserve">            "id": 900000009,</w:t>
        <w:br/>
        <w:t xml:space="preserve">            "name": "英文名组",</w:t>
        <w:br/>
        <w:t xml:space="preserve">            "type": "SYS",</w:t>
        <w:br/>
        <w:t xml:space="preserve">            "updateTime": 4102416000000</w:t>
        <w:br/>
        <w:t xml:space="preserve">        },</w:t>
        <w:br/>
        <w:t xml:space="preserve">        {</w:t>
        <w:br/>
        <w:t xml:space="preserve">            "id": 5300,</w:t>
        <w:br/>
        <w:t xml:space="preserve">            "name": "111",</w:t>
        <w:br/>
        <w:t xml:space="preserve">            "type": "USER",</w:t>
        <w:br/>
        <w:t xml:space="preserve">            "updateTime": 1747015055000</w:t>
        <w:br/>
        <w:t xml:space="preserve">        },</w:t>
        <w:br/>
        <w:t xml:space="preserve">        {</w:t>
        <w:br/>
        <w:t xml:space="preserve">            "id": 4961,</w:t>
        <w:br/>
        <w:t xml:space="preserve">            "name": "默认分类",</w:t>
        <w:br/>
        <w:t xml:space="preserve">            "type": "USER",</w:t>
        <w:br/>
        <w:t xml:space="preserve">            "updateTime": 1742785082000</w:t>
        <w:br/>
        <w:t xml:space="preserve">        }</w:t>
        <w:br/>
        <w:t xml:space="preserve">    ],</w:t>
        <w:br/>
        <w:t xml:space="preserve">    "requestId": "92dca09e-5a7d-4afe-a950-d352ac60f0ed",</w:t>
        <w:br/>
        <w:t xml:space="preserve">    "status": "success",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平台内容库分组列表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