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查询未关联主播的频道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1、查询未关联主播的频道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https://api.polyv.net/live/v4/channel/anchor/list-unrelation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频道ID或名称搜索关键字，频道ID精准匹配、名称模糊匹配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https://api.polyv.net/live/v4/channel/anchor/list-unrelation?appId=frlr1zazn3&amp;sign=012332FBD8DBCFC068AFCB484A2ADECB&amp;timestamp=1670550787318&amp;pageNumber=1&amp;pageSize=10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查询主播频道关联关系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listChannelAnchorUnrelationTest()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"https://api.polyv.net/live/v4/channel/anchor/list-unrelation";</w:t>
        <w:br/>
        <w:t xml:space="preserve">    Integer pageNumber = 1;</w:t>
        <w:br/>
        <w:t xml:space="preserve">    Integer pageSize = 10;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log.info("测试查询主播频道关联关系结果：{}",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"data":{</w:t>
        <w:br/>
        <w:t xml:space="preserve">        "contents": [</w:t>
        <w:br/>
        <w:t xml:space="preserve">            {</w:t>
        <w:br/>
        <w:t xml:space="preserve">                "channelId": 1000,</w:t>
        <w:br/>
        <w:t xml:space="preserve">                "name": "频道名称"</w:t>
        <w:br/>
        <w:t xml:space="preserve">            }</w:t>
        <w:br/>
        <w:t xml:space="preserve">        ],</w:t>
        <w:br/>
        <w:t xml:space="preserve">        "pageNumber": 1,</w:t>
        <w:br/>
        <w:t xml:space="preserve">        "pageSize": 10,</w:t>
        <w:br/>
        <w:t xml:space="preserve">        "totalItems": 1,</w:t>
        <w:br/>
        <w:t xml:space="preserve">        "totalPages": 1</w:t>
        <w:br/>
        <w:t>},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查询未关联主播的频道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